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ACCOMMODATION / INVITATION LETTER</w:t>
      </w:r>
    </w:p>
    <w:p>
      <w:pPr>
        <w:jc w:val="center"/>
      </w:pPr>
      <w:r>
        <w:rPr>
          <w:b/>
          <w:sz w:val="20"/>
        </w:rPr>
        <w:t>UK-FOCUSED GENERAL TEMPLATE</w:t>
      </w:r>
    </w:p>
    <w:p>
      <w:pPr>
        <w:pStyle w:val="Heading1"/>
      </w:pPr>
      <w:r>
        <w:t>HOST / INVITER</w:t>
      </w:r>
    </w:p>
    <w:p>
      <w:r>
        <w:t>Full name: [NAME]</w:t>
      </w:r>
    </w:p>
    <w:p>
      <w:r>
        <w:t>Date of birth: [DATE, IF REQUIRED]</w:t>
      </w:r>
    </w:p>
    <w:p>
      <w:r>
        <w:t>Nationality / status: [DETAILS, IF RELEVANT]</w:t>
      </w:r>
    </w:p>
    <w:p>
      <w:r>
        <w:t>Address: [FULL UK ADDRESS]</w:t>
      </w:r>
    </w:p>
    <w:p>
      <w:r>
        <w:t>Telephone / Email: [CONTACT]</w:t>
      </w:r>
    </w:p>
    <w:p>
      <w:pPr>
        <w:pStyle w:val="Heading1"/>
      </w:pPr>
      <w:r>
        <w:t>GUEST / INVITED PERSON</w:t>
      </w:r>
    </w:p>
    <w:p>
      <w:r>
        <w:t>Full name: [NAME]</w:t>
      </w:r>
    </w:p>
    <w:p>
      <w:r>
        <w:t>Date of birth: [DATE]</w:t>
      </w:r>
    </w:p>
    <w:p>
      <w:r>
        <w:t>Passport number: [NUMBER]</w:t>
      </w:r>
    </w:p>
    <w:p>
      <w:r>
        <w:t>Nationality: [NATIONALITY]</w:t>
      </w:r>
    </w:p>
    <w:p>
      <w:r>
        <w:t>Relationship to host: [RELATIONSHIP]</w:t>
      </w:r>
    </w:p>
    <w:p>
      <w:pPr>
        <w:pStyle w:val="Heading1"/>
      </w:pPr>
      <w:r>
        <w:t>INVITATION</w:t>
      </w:r>
    </w:p>
    <w:p>
      <w:r>
        <w:t>To whom it may concern,</w:t>
      </w:r>
    </w:p>
    <w:p>
      <w:r>
        <w:t>I confirm that I am inviting [GUEST NAME] to stay with me at the address stated above from [ARRIVAL DATE] to [DEPARTURE DATE].</w:t>
      </w:r>
    </w:p>
    <w:p>
      <w:r>
        <w:t>Purpose of visit: [TOURISM / FAMILY VISIT / BUSINESS / OTHER].</w:t>
      </w:r>
    </w:p>
    <w:p>
      <w:r>
        <w:t>Accommodation provided: [PRIVATE HOME / ROOM / OTHER].</w:t>
      </w:r>
    </w:p>
    <w:p>
      <w:pPr>
        <w:pStyle w:val="Heading1"/>
      </w:pPr>
      <w:r>
        <w:t>FINANCIAL / SUPPORT DETAILS</w:t>
      </w:r>
    </w:p>
    <w:p>
      <w:r>
        <w:t>I will provide: [ACCOMMODATION ONLY / ACCOMMODATION AND LIVING COSTS / OTHER].</w:t>
      </w:r>
    </w:p>
    <w:p>
      <w:r>
        <w:t>Estimated support, if applicable: [DETAILS].</w:t>
      </w:r>
    </w:p>
    <w:p>
      <w:r>
        <w:t>The guest will be responsible for: [TRAVEL / FOOD / INSURANCE / OTHER].</w:t>
      </w:r>
    </w:p>
    <w:p>
      <w:pPr>
        <w:pStyle w:val="Heading1"/>
      </w:pPr>
      <w:r>
        <w:t>HOST DECLARATION</w:t>
      </w:r>
    </w:p>
    <w:p>
      <w:r>
        <w:t>I confirm that the information in this letter is true and accurate to the best of my knowledge.</w:t>
      </w:r>
    </w:p>
    <w:p>
      <w:r>
        <w:t>Signature: ______________________________</w:t>
      </w:r>
    </w:p>
    <w:p>
      <w:r>
        <w:t>Name: [NAME]</w:t>
      </w:r>
    </w:p>
    <w:p>
      <w:r>
        <w:t>Date: __________________</w:t>
      </w:r>
    </w:p>
    <w:p>
      <w:pPr>
        <w:pStyle w:val="Heading1"/>
      </w:pPr>
      <w:r>
        <w:t>SUPPORTING DOCUMENTS — IF REQUESTED</w:t>
      </w:r>
    </w:p>
    <w:p>
      <w:r>
        <w:t>[ ] Copy of host passport / identity document</w:t>
      </w:r>
    </w:p>
    <w:p>
      <w:r>
        <w:t>[ ] Evidence of address</w:t>
      </w:r>
    </w:p>
    <w:p>
      <w:r>
        <w:t>[ ] Evidence of immigration status, if relevant</w:t>
      </w:r>
    </w:p>
    <w:p>
      <w:r>
        <w:t>[ ] Accommodation evidence</w:t>
      </w:r>
    </w:p>
    <w:p>
      <w:r>
        <w:t>[ ] Evidence of relationship, if relevant</w:t>
      </w:r>
    </w:p>
    <w:p>
      <w:r>
        <w:t>[ ] Financial evidence, if required by receiving authority</w:t>
      </w:r>
    </w:p>
    <w:p>
      <w:pPr>
        <w:pStyle w:val="Heading1"/>
      </w:pPr>
      <w:r>
        <w:t>DISCLAIMER</w:t>
      </w:r>
    </w:p>
    <w:p>
      <w:r>
        <w:t>General template only. Visa, border or immigration authorities may require prescribed forms and additional evidence. This letter does not itself confer immigration permission.</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