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CERTIFICATE OF INCUMBENCY</w:t>
      </w:r>
    </w:p>
    <w:p>
      <w:pPr>
        <w:jc w:val="center"/>
      </w:pPr>
      <w:r>
        <w:rPr>
          <w:b/>
          <w:sz w:val="20"/>
        </w:rPr>
        <w:t>UK-FOCUSED CORPORATE CERTIFICATE TEMPLATE</w:t>
      </w:r>
    </w:p>
    <w:p>
      <w:pPr>
        <w:pStyle w:val="Heading1"/>
      </w:pPr>
      <w:r>
        <w:t>1. COMPANY DETAILS</w:t>
      </w:r>
    </w:p>
    <w:p>
      <w:r>
        <w:t>Company name: [FULL REGISTERED NAME]</w:t>
      </w:r>
    </w:p>
    <w:p>
      <w:r>
        <w:t>Company number: [NUMBER]</w:t>
      </w:r>
    </w:p>
    <w:p>
      <w:r>
        <w:t>Registered office: [ADDRESS]</w:t>
      </w:r>
    </w:p>
    <w:p>
      <w:r>
        <w:t>Jurisdiction of incorporation: [ENGLAND AND WALES / OTHER]</w:t>
      </w:r>
    </w:p>
    <w:p>
      <w:r>
        <w:t>Date of incorporation: [DATE]</w:t>
      </w:r>
    </w:p>
    <w:p>
      <w:pPr>
        <w:pStyle w:val="Heading1"/>
      </w:pPr>
      <w:r>
        <w:t>2. OFFICERS</w:t>
      </w:r>
    </w:p>
    <w:p>
      <w:r>
        <w:t>As at [DATE], the following persons are recorded as directors/officers of the Company:</w:t>
      </w:r>
    </w:p>
    <w:p>
      <w:r>
        <w:t>1. Name: [NAME]    Position: [DIRECTOR / SECRETARY / OTHER]</w:t>
      </w:r>
    </w:p>
    <w:p>
      <w:r>
        <w:t>2. Name: [NAME]    Position: [DIRECTOR / SECRETARY / OTHER]</w:t>
      </w:r>
    </w:p>
    <w:p>
      <w:r>
        <w:t>3. Name: [NAME]    Position: [DIRECTOR / SECRETARY / OTHER]</w:t>
      </w:r>
    </w:p>
    <w:p>
      <w:r>
        <w:t>4. Name: [NAME]    Position: [DIRECTOR / SECRETARY / OTHER]</w:t>
      </w:r>
    </w:p>
    <w:p>
      <w:pPr>
        <w:pStyle w:val="Heading1"/>
      </w:pPr>
      <w:r>
        <w:t>3. AUTHORISED SIGNATORIES</w:t>
      </w:r>
    </w:p>
    <w:p>
      <w:r>
        <w:t>The following person(s) are authorised to sign on behalf of the Company for the purposes stated below, subject to the Company's constitutional documents and applicable resolutions:</w:t>
      </w:r>
    </w:p>
    <w:p>
      <w:r>
        <w:t>1. [NAME] — [POSITION] — [SCOPE OF AUTHORITY]</w:t>
      </w:r>
    </w:p>
    <w:p>
      <w:r>
        <w:t>2. [NAME] — [POSITION] — [SCOPE OF AUTHORITY]</w:t>
      </w:r>
    </w:p>
    <w:p>
      <w:r>
        <w:t>3. [NAME] — [POSITION] — [SCOPE OF AUTHORITY]</w:t>
      </w:r>
    </w:p>
    <w:p>
      <w:pPr>
        <w:pStyle w:val="Heading1"/>
      </w:pPr>
      <w:r>
        <w:t>4. COMPANY STATUS / AUTHORITY</w:t>
      </w:r>
    </w:p>
    <w:p>
      <w:r>
        <w:t>The undersigned confirms, based on the Company's records and the information available to the undersigned as at the date below, that the persons identified in this certificate hold the offices and/or authority stated above.</w:t>
      </w:r>
    </w:p>
    <w:p>
      <w:r>
        <w:t>Purpose for which this certificate is issued: [PURPOSE / TRANSACTION / RECIPIENT].</w:t>
      </w:r>
    </w:p>
    <w:p>
      <w:pPr>
        <w:pStyle w:val="Heading1"/>
      </w:pPr>
      <w:r>
        <w:t>5. CERTIFICATION</w:t>
      </w:r>
    </w:p>
    <w:p>
      <w:r>
        <w:t>I certify that the information in this Certificate of Incumbency is true and correct to the best of my knowledge and based on the Company's records as at [DATE].</w:t>
      </w:r>
    </w:p>
    <w:p>
      <w:r>
        <w:br/>
        <w:t>Signed for and on behalf of [COMPANY NAME]:</w:t>
        <w:br/>
        <w:br/>
        <w:t>Signature: ______________________________</w:t>
        <w:br/>
        <w:t>Name: [FULL NAME]</w:t>
        <w:br/>
        <w:t>Position: [DIRECTOR / COMPANY SECRETARY / AUTHORISED OFFICER]</w:t>
        <w:br/>
        <w:t>Date: __________________</w:t>
      </w:r>
    </w:p>
    <w:p>
      <w:pPr>
        <w:pStyle w:val="Heading1"/>
      </w:pPr>
      <w:r>
        <w:t>6. CERTIFICATION / NOTARIAL BLOCK — IF REQUIRED</w:t>
      </w:r>
    </w:p>
    <w:p>
      <w:r>
        <w:t>[Insert recipient-specific certification, solicitor/notary certification, apostille or legalisation wording only where actually required.]</w:t>
      </w:r>
    </w:p>
    <w:p>
      <w:pPr>
        <w:pStyle w:val="Heading1"/>
      </w:pPr>
      <w:r>
        <w:t>7. IMPORTANT NOTE</w:t>
      </w:r>
    </w:p>
    <w:p>
      <w:r>
        <w:t>This is a private corporate certificate template, not a standard Companies House certificate. Companies House can issue official certificates and certified copies of documents held on the register. Do not present this template as a Companies House-issued certificate.</w:t>
      </w:r>
    </w:p>
    <w:p>
      <w:pPr>
        <w:pStyle w:val="Heading1"/>
      </w:pPr>
      <w:r>
        <w:t>8. DISCLAIMER</w:t>
      </w:r>
    </w:p>
    <w:p>
      <w:r>
        <w:t>General template only; not legal advice and not an official Companies House form. Confirm the recipient's requirements before signing, certifying or legalising the document.</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