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CERTIFICATE OF NO IMPEDIMENT / SINGLE STATUS DECLARATION</w:t>
      </w:r>
    </w:p>
    <w:p>
      <w:pPr>
        <w:jc w:val="center"/>
      </w:pPr>
      <w:r>
        <w:rPr>
          <w:b/>
          <w:sz w:val="20"/>
        </w:rPr>
        <w:t>UK-FOCUSED TEMPLATE — USE ONLY FOR THE REQUIRED PURPOSE</w:t>
      </w:r>
    </w:p>
    <w:p>
      <w:pPr>
        <w:pStyle w:val="Heading1"/>
      </w:pPr>
      <w:r>
        <w:t>IMPORTANT STATUS</w:t>
      </w:r>
    </w:p>
    <w:p>
      <w:r>
        <w:t>This template is a declaration/working draft and is not itself a Certificate of No Impediment issued by a UK authority. Requirements vary by destination country. GOV.UK provides a service to check which proof of freedom to marry or marital-status document is required.</w:t>
      </w:r>
    </w:p>
    <w:p>
      <w:pPr>
        <w:pStyle w:val="Heading1"/>
      </w:pPr>
      <w:r>
        <w:t>DECLARANT</w:t>
      </w:r>
    </w:p>
    <w:p>
      <w:r>
        <w:t>Full name: [NAME]</w:t>
      </w:r>
    </w:p>
    <w:p>
      <w:r>
        <w:t>Date of birth: [DATE]</w:t>
      </w:r>
    </w:p>
    <w:p>
      <w:r>
        <w:t>Nationality: [NATIONALITY]</w:t>
      </w:r>
    </w:p>
    <w:p>
      <w:r>
        <w:t>Passport number: [NUMBER]</w:t>
      </w:r>
    </w:p>
    <w:p>
      <w:r>
        <w:t>Address: [ADDRESS]</w:t>
      </w:r>
    </w:p>
    <w:p>
      <w:pPr>
        <w:pStyle w:val="Heading1"/>
      </w:pPr>
      <w:r>
        <w:t>PROPOSED MARRIAGE / CIVIL PARTNERSHIP</w:t>
      </w:r>
    </w:p>
    <w:p>
      <w:r>
        <w:t>Intended spouse / civil partner: [NAME]</w:t>
      </w:r>
    </w:p>
    <w:p>
      <w:r>
        <w:t>Country / place of ceremony: [COUNTRY / CITY]</w:t>
      </w:r>
    </w:p>
    <w:p>
      <w:r>
        <w:t>Proposed date: [DATE, IF KNOWN]</w:t>
      </w:r>
    </w:p>
    <w:p>
      <w:pPr>
        <w:pStyle w:val="Heading1"/>
      </w:pPr>
      <w:r>
        <w:t>DECLARATION</w:t>
      </w:r>
    </w:p>
    <w:p>
      <w:r>
        <w:t>I, [FULL NAME], of [ADDRESS], declare that I am [single / divorced / widowed — state accurately] and, to the best of my knowledge and belief, am free to marry / enter into the proposed civil partnership in accordance with the applicable requirements.</w:t>
      </w:r>
    </w:p>
    <w:p>
      <w:r>
        <w:t>Previous marriage / civil partnership details, if applicable: [DETAILS].</w:t>
      </w:r>
    </w:p>
    <w:p>
      <w:r>
        <w:t>I make this declaration conscientiously believing the same to be true.</w:t>
      </w:r>
    </w:p>
    <w:p>
      <w:pPr>
        <w:pStyle w:val="Heading1"/>
      </w:pPr>
      <w:r>
        <w:t>SIGNATURE / ATTESTATION</w:t>
      </w:r>
    </w:p>
    <w:p>
      <w:r>
        <w:t>Signature: ______________________________</w:t>
      </w:r>
    </w:p>
    <w:p>
      <w:r>
        <w:t>Date: __________________</w:t>
      </w:r>
    </w:p>
    <w:p>
      <w:r>
        <w:t>Place: [PLACE]</w:t>
      </w:r>
    </w:p>
    <w:p>
      <w:r>
        <w:t>Sworn / affirmed / signed before: [NOTARY PUBLIC / COMMISSIONER FOR OATHS / OTHER AUTHORITY]</w:t>
      </w:r>
    </w:p>
    <w:p>
      <w:r>
        <w:t>Signature / seal: ______________________________</w:t>
      </w:r>
    </w:p>
    <w:p>
      <w:pPr>
        <w:pStyle w:val="Heading1"/>
      </w:pPr>
      <w:r>
        <w:t>DOCUMENTS</w:t>
      </w:r>
    </w:p>
    <w:p>
      <w:r>
        <w:t>[ ] Passport</w:t>
      </w:r>
    </w:p>
    <w:p>
      <w:r>
        <w:t>[ ] Birth certificate</w:t>
      </w:r>
    </w:p>
    <w:p>
      <w:r>
        <w:t>[ ] Divorce / annulment evidence, if applicable</w:t>
      </w:r>
    </w:p>
    <w:p>
      <w:r>
        <w:t>[ ] Death certificate of former spouse, if applicable</w:t>
      </w:r>
    </w:p>
    <w:p>
      <w:r>
        <w:t>[ ] Other document required by destination authority: [DETAILS]</w:t>
      </w:r>
    </w:p>
    <w:p>
      <w:pPr>
        <w:pStyle w:val="Heading1"/>
      </w:pPr>
      <w:r>
        <w:t>DISCLAIMER</w:t>
      </w:r>
    </w:p>
    <w:p>
      <w:r>
        <w:t>General template only, not an official CNI or government certificate. GOV.UK states that some countries may ask for a CNI or marital-status affirmation and provides country-specific processes. Always use the destination country's required process and wording.</w:t>
      </w:r>
    </w:p>
    <w:p>
      <w:pPr>
        <w:keepNext/>
        <w:spacing w:before="180" w:after="60"/>
      </w:pPr>
      <w:r>
        <w:rPr>
          <w:b/>
        </w:rPr>
        <w:t>Disclaimer</w:t>
      </w:r>
    </w:p>
    <w:p>
      <w:pPr>
        <w:keepLines/>
      </w:pPr>
      <w:r>
        <w:t>This template is provided for general guidance only and should not be considered legal advice. We recommend seeking professional advice to ensure it meets your specific needs. If you need help with document preparation, apostille or legalisation services, the 2E Apostille team is here to offer friendly guidance and support.</w:t>
      </w:r>
    </w:p>
    <w:sectPr w:rsidR="00FC693F" w:rsidRPr="0006063C" w:rsidSect="00034616">
      <w:pgSz w:w="12240" w:h="15840"/>
      <w:pgMar w:top="1008" w:right="1224" w:bottom="1008" w:left="122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