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COMPANY AUTHORISATION LETTER</w:t>
      </w:r>
    </w:p>
    <w:p>
      <w:pPr>
        <w:jc w:val="center"/>
      </w:pPr>
      <w:r>
        <w:rPr>
          <w:b/>
          <w:sz w:val="20"/>
        </w:rPr>
        <w:t>UK-FOCUSED CORPORATE TEMPLATE</w:t>
      </w:r>
    </w:p>
    <w:p>
      <w:pPr>
        <w:pStyle w:val="Heading1"/>
      </w:pPr>
      <w:r>
        <w:t>1. COMPANY</w:t>
      </w:r>
    </w:p>
    <w:p>
      <w:r>
        <w:t>Company name: [FULL REGISTERED NAME]</w:t>
      </w:r>
    </w:p>
    <w:p>
      <w:r>
        <w:t>Company number: [NUMBER]</w:t>
      </w:r>
    </w:p>
    <w:p>
      <w:r>
        <w:t>Registered office: [ADDRESS]</w:t>
      </w:r>
    </w:p>
    <w:p>
      <w:r>
        <w:t>Date: [DATE]</w:t>
      </w:r>
    </w:p>
    <w:p>
      <w:pPr>
        <w:pStyle w:val="Heading1"/>
      </w:pPr>
      <w:r>
        <w:t>2. AUTHORISED PERSON</w:t>
      </w:r>
    </w:p>
    <w:p>
      <w:r>
        <w:t>Full name: [NAME]</w:t>
      </w:r>
    </w:p>
    <w:p>
      <w:r>
        <w:t>Position / role: [POSITION]</w:t>
      </w:r>
    </w:p>
    <w:p>
      <w:r>
        <w:t>Address: [ADDRESS]</w:t>
      </w:r>
    </w:p>
    <w:p>
      <w:r>
        <w:t>Passport / ID number, if required: [NUMBER]</w:t>
      </w:r>
    </w:p>
    <w:p>
      <w:r>
        <w:t>Contact details: [PHONE / EMAIL]</w:t>
      </w:r>
    </w:p>
    <w:p>
      <w:pPr>
        <w:pStyle w:val="Heading1"/>
      </w:pPr>
      <w:r>
        <w:t>3. AUTHORISATION</w:t>
      </w:r>
    </w:p>
    <w:p>
      <w:r>
        <w:t>We, [COMPANY NAME], hereby authorise the above-named person to act on behalf of the Company solely in relation to the following matter(s):</w:t>
      </w:r>
    </w:p>
    <w:p>
      <w:r>
        <w:t>1. [SPECIFIC TASK / TRANSACTION / AUTHORITY]</w:t>
      </w:r>
    </w:p>
    <w:p>
      <w:r>
        <w:t>2. [SPECIFIC TASK / TRANSACTION / AUTHORITY]</w:t>
      </w:r>
    </w:p>
    <w:p>
      <w:r>
        <w:t>3. [SPECIFIC TASK / TRANSACTION / AUTHORITY]</w:t>
      </w:r>
    </w:p>
    <w:p>
      <w:r>
        <w:t>4. [SPECIFIC TASK / TRANSACTION / AUTHORITY]</w:t>
      </w:r>
    </w:p>
    <w:p>
      <w:pPr>
        <w:pStyle w:val="Heading1"/>
      </w:pPr>
      <w:r>
        <w:t>4. SCOPE AND LIMITATIONS</w:t>
      </w:r>
    </w:p>
    <w:p>
      <w:r>
        <w:t>The authorised person may [SIGN / SUBMIT / COLLECT / REPRESENT / COMMUNICATE / PRESENT DOCUMENTS] only to the extent stated in this letter. No authority is granted to enter into contracts, dispose of company assets, operate bank accounts, create security, delegate authority or otherwise bind the Company beyond the scope expressly stated.</w:t>
      </w:r>
    </w:p>
    <w:p>
      <w:pPr>
        <w:pStyle w:val="Heading1"/>
      </w:pPr>
      <w:r>
        <w:t>5. VALIDITY</w:t>
      </w:r>
    </w:p>
    <w:p>
      <w:r>
        <w:t>Effective from: [DATE]</w:t>
      </w:r>
    </w:p>
    <w:p>
      <w:r>
        <w:t>Expires on: [DATE] / until revoked</w:t>
      </w:r>
    </w:p>
    <w:p>
      <w:r>
        <w:t>Territory / organisation concerned: [DETAILS]</w:t>
      </w:r>
    </w:p>
    <w:p>
      <w:pPr>
        <w:pStyle w:val="Heading1"/>
      </w:pPr>
      <w:r>
        <w:t>6. COMPANY APPROVAL</w:t>
      </w:r>
    </w:p>
    <w:p>
      <w:r>
        <w:t>This authorisation has been approved by the Company in accordance with its articles and applicable internal authority requirements.</w:t>
      </w:r>
    </w:p>
    <w:p>
      <w:r>
        <w:t>Reference to approving board/member resolution, if applicable: [DATE / RESOLUTION REFERENCE].</w:t>
      </w:r>
    </w:p>
    <w:p>
      <w:pPr>
        <w:pStyle w:val="Heading1"/>
      </w:pPr>
      <w:r>
        <w:t>7. SIGNATURE</w:t>
      </w:r>
    </w:p>
    <w:p>
      <w:r>
        <w:t>Signed for and on behalf of [COMPANY NAME]:</w:t>
        <w:br/>
        <w:br/>
        <w:t>Signature: ______________________________</w:t>
        <w:br/>
        <w:t>Name: [DIRECTOR / AUTHORISED SIGNATORY]</w:t>
        <w:br/>
        <w:t>Position: [POSITION]</w:t>
        <w:br/>
        <w:t>Date: __________________</w:t>
      </w:r>
    </w:p>
    <w:p>
      <w:pPr>
        <w:pStyle w:val="Heading1"/>
      </w:pPr>
      <w:r>
        <w:t>8. WITNESS / CERTIFICATION — IF REQUIRED</w:t>
      </w:r>
    </w:p>
    <w:p>
      <w:r>
        <w:t>Witness / certifying person: [NAME / CAPACITY]</w:t>
        <w:br/>
        <w:t>Signature: ______________________________</w:t>
        <w:br/>
        <w:t>Date: __________________</w:t>
        <w:br/>
        <w:t>Stamp / seal, if applicable: ______________________________</w:t>
      </w:r>
    </w:p>
    <w:p>
      <w:pPr>
        <w:pStyle w:val="Heading1"/>
      </w:pPr>
      <w:r>
        <w:t>9. DISCLAIMER</w:t>
      </w:r>
    </w:p>
    <w:p>
      <w:r>
        <w:t>General corporate template only; not legal advice or an official Companies House form. The recipient may require a prescribed form, board resolution, power of attorney, notarisation or other evidence of authority. Confirm the specific requirements before use.</w:t>
      </w:r>
    </w:p>
    <w:p>
      <w:pPr>
        <w:keepNext/>
        <w:spacing w:before="180" w:after="60"/>
      </w:pPr>
      <w:r>
        <w:rPr>
          <w:b/>
        </w:rPr>
        <w:t>Disclaimer</w:t>
      </w:r>
    </w:p>
    <w:p>
      <w:pPr>
        <w:keepLines/>
      </w:pPr>
      <w:r>
        <w:t>This template is provided for general guidance only and should not be considered legal advice. We recommend seeking professional advice to ensure it meets your specific needs. If you need help with document preparation, apostille or legalisation services, the 2E Apostille team is here to offer friendly guidance and support.</w:t>
      </w:r>
    </w:p>
    <w:sectPr w:rsidR="00FC693F" w:rsidRPr="0006063C" w:rsidSect="00034616">
      <w:pgSz w:w="12240" w:h="15840"/>
      <w:pgMar w:top="1008" w:right="1224" w:bottom="1008"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