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jc w:val="center"/>
      </w:pPr>
      <w:r>
        <w:rPr>
          <w:rFonts w:ascii="Arial" w:hAnsi="Arial"/>
          <w:b/>
          <w:i w:val="0"/>
          <w:sz w:val="36"/>
        </w:rPr>
        <w:t>DECLARATION OF CHANGE OF NAME</w:t>
      </w:r>
    </w:p>
    <w:p>
      <w:pPr>
        <w:spacing w:after="40"/>
        <w:jc w:val="center"/>
      </w:pPr>
      <w:r>
        <w:rPr>
          <w:rFonts w:ascii="Arial" w:hAnsi="Arial"/>
          <w:b/>
          <w:i w:val="0"/>
          <w:sz w:val="21"/>
        </w:rPr>
        <w:t>UK-FOCUSED STATUTORY DECLARATION TEMPLATE</w:t>
      </w:r>
    </w:p>
    <w:p>
      <w:pPr>
        <w:spacing w:after="200"/>
        <w:jc w:val="center"/>
      </w:pPr>
      <w:r>
        <w:rPr>
          <w:rFonts w:ascii="Arial" w:hAnsi="Arial"/>
          <w:b w:val="0"/>
          <w:i/>
          <w:sz w:val="21"/>
        </w:rPr>
        <w:t>For general use — not an official HMCTS form</w:t>
      </w:r>
    </w:p>
    <w:p>
      <w:pPr>
        <w:pStyle w:val="Heading1"/>
      </w:pPr>
      <w:r>
        <w:t>Important use note</w:t>
      </w:r>
    </w:p>
    <w:p>
      <w:pPr>
        <w:spacing w:after="100"/>
      </w:pPr>
      <w:r>
        <w:rPr>
          <w:rFonts w:ascii="Arial" w:hAnsi="Arial"/>
          <w:b w:val="0"/>
          <w:i w:val="0"/>
          <w:sz w:val="21"/>
        </w:rPr>
        <w:t>This template is designed as a general statutory declaration concerning a change of name. It is not the same document as a deed poll and it must not be presented as Form LOC020 or LOC021.</w:t>
      </w:r>
    </w:p>
    <w:p>
      <w:pPr>
        <w:spacing w:after="100"/>
      </w:pPr>
      <w:r>
        <w:rPr>
          <w:rFonts w:ascii="Arial" w:hAnsi="Arial"/>
          <w:b w:val="0"/>
          <w:i w:val="0"/>
          <w:sz w:val="21"/>
        </w:rPr>
        <w:t>For an adult applying to enrol a deed poll through the Royal Courts of Justice, HM Courts &amp; Tribunals Service currently requires its own forms and process. The current adult statutory declaration is Form LOC021. The declarant has specific eligibility requirements, including the required period of knowledge of the applicant, citizenship and householder requirements. Use the official HMCTS form for that process.</w:t>
      </w:r>
    </w:p>
    <w:p>
      <w:pPr>
        <w:spacing w:after="100"/>
      </w:pPr>
      <w:r>
        <w:rPr>
          <w:rFonts w:ascii="Arial" w:hAnsi="Arial"/>
          <w:b w:val="0"/>
          <w:i w:val="0"/>
          <w:sz w:val="21"/>
        </w:rPr>
        <w:t>For an unenrolled deed poll, a statutory declaration is not generally the deed poll itself. The receiving organisation may accept a deed poll or may ask for other evidence. Always check the requirements of the organisation receiving the document.</w:t>
      </w:r>
    </w:p>
    <w:p>
      <w:pPr>
        <w:spacing w:after="100"/>
      </w:pPr>
      <w:r>
        <w:rPr>
          <w:rFonts w:ascii="Arial" w:hAnsi="Arial"/>
          <w:b w:val="0"/>
          <w:i w:val="0"/>
          <w:sz w:val="21"/>
        </w:rPr>
        <w:t>This template is primarily suitable where a statutory declaration is specifically requested or accepted as evidence of a change of name.</w:t>
      </w:r>
    </w:p>
    <w:p>
      <w:pPr>
        <w:pStyle w:val="Heading1"/>
      </w:pPr>
      <w:r>
        <w:t>1. Person whose name has changed</w:t>
      </w:r>
    </w:p>
    <w:tbl>
      <w:tblPr>
        <w:tblStyle w:val="TableGrid"/>
        <w:tblW w:type="auto" w:w="0"/>
        <w:jc w:val="center"/>
        <w:tblLook w:firstColumn="1" w:firstRow="1" w:lastColumn="0" w:lastRow="0" w:noHBand="0" w:noVBand="1" w:val="04A0"/>
      </w:tblPr>
      <w:tblGrid>
        <w:gridCol w:w="4968"/>
        <w:gridCol w:w="4968"/>
      </w:tblGrid>
      <w:tr>
        <w:tc>
          <w:tcPr>
            <w:tcW w:type="dxa" w:w="4968"/>
            <w:shd w:fill="EDEDED"/>
            <w:vAlign w:val="center"/>
          </w:tcPr>
          <w:p>
            <w:r>
              <w:rPr>
                <w:rFonts w:ascii="Arial" w:hAnsi="Arial"/>
                <w:b/>
                <w:sz w:val="20"/>
              </w:rPr>
              <w:t>Former / previous full name</w:t>
            </w:r>
          </w:p>
        </w:tc>
        <w:tc>
          <w:tcPr>
            <w:tcW w:type="dxa" w:w="4968"/>
            <w:vAlign w:val="center"/>
          </w:tcPr>
          <w:p>
            <w:r>
              <w:rPr>
                <w:rFonts w:ascii="Arial" w:hAnsi="Arial"/>
                <w:sz w:val="20"/>
              </w:rPr>
              <w:t>[FORMER FULL NAME]</w:t>
            </w:r>
          </w:p>
        </w:tc>
      </w:tr>
      <w:tr>
        <w:tc>
          <w:tcPr>
            <w:tcW w:type="dxa" w:w="4968"/>
            <w:shd w:fill="EDEDED"/>
            <w:vAlign w:val="center"/>
          </w:tcPr>
          <w:p>
            <w:r>
              <w:rPr>
                <w:rFonts w:ascii="Arial" w:hAnsi="Arial"/>
                <w:b/>
                <w:sz w:val="20"/>
              </w:rPr>
              <w:t>New full name</w:t>
            </w:r>
          </w:p>
        </w:tc>
        <w:tc>
          <w:tcPr>
            <w:tcW w:type="dxa" w:w="4968"/>
            <w:vAlign w:val="center"/>
          </w:tcPr>
          <w:p>
            <w:r>
              <w:rPr>
                <w:rFonts w:ascii="Arial" w:hAnsi="Arial"/>
                <w:sz w:val="20"/>
              </w:rPr>
              <w:t>[NEW FULL NAME]</w:t>
            </w:r>
          </w:p>
        </w:tc>
      </w:tr>
      <w:tr>
        <w:tc>
          <w:tcPr>
            <w:tcW w:type="dxa" w:w="4968"/>
            <w:shd w:fill="EDEDED"/>
            <w:vAlign w:val="center"/>
          </w:tcPr>
          <w:p>
            <w:r>
              <w:rPr>
                <w:rFonts w:ascii="Arial" w:hAnsi="Arial"/>
                <w:b/>
                <w:sz w:val="20"/>
              </w:rPr>
              <w:t>Date of birth</w:t>
            </w:r>
          </w:p>
        </w:tc>
        <w:tc>
          <w:tcPr>
            <w:tcW w:type="dxa" w:w="4968"/>
            <w:vAlign w:val="center"/>
          </w:tcPr>
          <w:p>
            <w:r>
              <w:rPr>
                <w:rFonts w:ascii="Arial" w:hAnsi="Arial"/>
                <w:sz w:val="20"/>
              </w:rPr>
              <w:t>[DD / MM / YYYY]</w:t>
            </w:r>
          </w:p>
        </w:tc>
      </w:tr>
      <w:tr>
        <w:tc>
          <w:tcPr>
            <w:tcW w:type="dxa" w:w="4968"/>
            <w:shd w:fill="EDEDED"/>
            <w:vAlign w:val="center"/>
          </w:tcPr>
          <w:p>
            <w:r>
              <w:rPr>
                <w:rFonts w:ascii="Arial" w:hAnsi="Arial"/>
                <w:b/>
                <w:sz w:val="20"/>
              </w:rPr>
              <w:t>Current residential address</w:t>
            </w:r>
          </w:p>
        </w:tc>
        <w:tc>
          <w:tcPr>
            <w:tcW w:type="dxa" w:w="4968"/>
            <w:vAlign w:val="center"/>
          </w:tcPr>
          <w:p>
            <w:r>
              <w:rPr>
                <w:rFonts w:ascii="Arial" w:hAnsi="Arial"/>
                <w:sz w:val="20"/>
              </w:rPr>
              <w:t>[FULL ADDRESS]</w:t>
            </w:r>
          </w:p>
        </w:tc>
      </w:tr>
      <w:tr>
        <w:tc>
          <w:tcPr>
            <w:tcW w:type="dxa" w:w="4968"/>
            <w:shd w:fill="EDEDED"/>
            <w:vAlign w:val="center"/>
          </w:tcPr>
          <w:p>
            <w:r>
              <w:rPr>
                <w:rFonts w:ascii="Arial" w:hAnsi="Arial"/>
                <w:b/>
                <w:sz w:val="20"/>
              </w:rPr>
              <w:t>Postcode</w:t>
            </w:r>
          </w:p>
        </w:tc>
        <w:tc>
          <w:tcPr>
            <w:tcW w:type="dxa" w:w="4968"/>
            <w:vAlign w:val="center"/>
          </w:tcPr>
          <w:p>
            <w:r>
              <w:rPr>
                <w:rFonts w:ascii="Arial" w:hAnsi="Arial"/>
                <w:sz w:val="20"/>
              </w:rPr>
              <w:t>[POSTCODE]</w:t>
            </w:r>
          </w:p>
        </w:tc>
      </w:tr>
    </w:tbl>
    <w:p>
      <w:pPr>
        <w:pStyle w:val="Heading1"/>
      </w:pPr>
      <w:r>
        <w:t>2. Statutory declaration</w:t>
      </w:r>
    </w:p>
    <w:p>
      <w:pPr>
        <w:spacing w:after="100"/>
      </w:pPr>
      <w:r>
        <w:rPr>
          <w:rFonts w:ascii="Arial" w:hAnsi="Arial"/>
          <w:b w:val="0"/>
          <w:i w:val="0"/>
          <w:sz w:val="21"/>
        </w:rPr>
        <w:t>I, [NEW FULL NAME] of [FULL ADDRESS], do solemnly and sincerely declare as follows:</w:t>
      </w:r>
    </w:p>
    <w:p>
      <w:pPr>
        <w:spacing w:after="80"/>
        <w:ind w:left="288"/>
      </w:pPr>
      <w:r>
        <w:rPr>
          <w:rFonts w:ascii="Arial" w:hAnsi="Arial"/>
          <w:sz w:val="21"/>
        </w:rPr>
        <w:t>1. I am the person identified above.</w:t>
      </w:r>
    </w:p>
    <w:p>
      <w:pPr>
        <w:spacing w:after="80"/>
        <w:ind w:left="288"/>
      </w:pPr>
      <w:r>
        <w:rPr>
          <w:rFonts w:ascii="Arial" w:hAnsi="Arial"/>
          <w:sz w:val="21"/>
        </w:rPr>
        <w:t>2. I was formerly known as [FORMER FULL NAME].</w:t>
      </w:r>
    </w:p>
    <w:p>
      <w:pPr>
        <w:spacing w:after="80"/>
        <w:ind w:left="288"/>
      </w:pPr>
      <w:r>
        <w:rPr>
          <w:rFonts w:ascii="Arial" w:hAnsi="Arial"/>
          <w:sz w:val="21"/>
        </w:rPr>
        <w:t>3. I have adopted the name [NEW FULL NAME] as my name.</w:t>
      </w:r>
    </w:p>
    <w:p>
      <w:pPr>
        <w:spacing w:after="80"/>
        <w:ind w:left="288"/>
      </w:pPr>
      <w:r>
        <w:rPr>
          <w:rFonts w:ascii="Arial" w:hAnsi="Arial"/>
          <w:sz w:val="21"/>
        </w:rPr>
        <w:t>4. I intend to use the name [NEW FULL NAME] for all purposes and to be known by that name.</w:t>
      </w:r>
    </w:p>
    <w:p>
      <w:pPr>
        <w:spacing w:after="80"/>
        <w:ind w:left="288"/>
      </w:pPr>
      <w:r>
        <w:rPr>
          <w:rFonts w:ascii="Arial" w:hAnsi="Arial"/>
          <w:sz w:val="21"/>
        </w:rPr>
        <w:t>5. The change of name is made voluntarily and for a lawful purpose.</w:t>
      </w:r>
    </w:p>
    <w:p>
      <w:pPr>
        <w:spacing w:after="80"/>
        <w:ind w:left="288"/>
      </w:pPr>
      <w:r>
        <w:rPr>
          <w:rFonts w:ascii="Arial" w:hAnsi="Arial"/>
          <w:sz w:val="21"/>
        </w:rPr>
        <w:t>6. I make this declaration to provide evidence of the link between my former name and my new name.</w:t>
      </w:r>
    </w:p>
    <w:p>
      <w:pPr>
        <w:spacing w:after="80"/>
        <w:ind w:left="288"/>
      </w:pPr>
      <w:r>
        <w:rPr>
          <w:rFonts w:ascii="Arial" w:hAnsi="Arial"/>
          <w:sz w:val="21"/>
        </w:rPr>
        <w:t>7. The facts stated in this declaration are true and accurate to the best of my knowledge and belief.</w:t>
      </w:r>
    </w:p>
    <w:p>
      <w:pPr>
        <w:spacing w:after="100"/>
      </w:pPr>
      <w:r>
        <w:rPr>
          <w:rFonts w:ascii="Arial" w:hAnsi="Arial"/>
          <w:b/>
          <w:i w:val="0"/>
          <w:sz w:val="21"/>
        </w:rPr>
        <w:t>I make this solemn declaration conscientiously believing the same to be true and by virtue of the provisions of the Statutory Declarations Act 1835.</w:t>
      </w:r>
    </w:p>
    <w:p>
      <w:pPr>
        <w:pStyle w:val="Heading1"/>
      </w:pPr>
      <w:r>
        <w:t>3. Previous and new name details</w:t>
      </w:r>
    </w:p>
    <w:tbl>
      <w:tblPr>
        <w:tblStyle w:val="TableGrid"/>
        <w:tblW w:type="auto" w:w="0"/>
        <w:jc w:val="center"/>
        <w:tblLook w:firstColumn="1" w:firstRow="1" w:lastColumn="0" w:lastRow="0" w:noHBand="0" w:noVBand="1" w:val="04A0"/>
      </w:tblPr>
      <w:tblGrid>
        <w:gridCol w:w="4968"/>
        <w:gridCol w:w="4968"/>
      </w:tblGrid>
      <w:tr>
        <w:tc>
          <w:tcPr>
            <w:tcW w:type="dxa" w:w="4968"/>
            <w:shd w:fill="EDEDED"/>
            <w:vAlign w:val="center"/>
          </w:tcPr>
          <w:p>
            <w:r>
              <w:rPr>
                <w:rFonts w:ascii="Arial" w:hAnsi="Arial"/>
                <w:b/>
                <w:sz w:val="20"/>
              </w:rPr>
              <w:t>Former name</w:t>
            </w:r>
          </w:p>
        </w:tc>
        <w:tc>
          <w:tcPr>
            <w:tcW w:type="dxa" w:w="4968"/>
            <w:vAlign w:val="center"/>
          </w:tcPr>
          <w:p>
            <w:r>
              <w:rPr>
                <w:rFonts w:ascii="Arial" w:hAnsi="Arial"/>
                <w:sz w:val="20"/>
              </w:rPr>
              <w:t>[FORMER FULL NAME]</w:t>
            </w:r>
          </w:p>
        </w:tc>
      </w:tr>
      <w:tr>
        <w:tc>
          <w:tcPr>
            <w:tcW w:type="dxa" w:w="4968"/>
            <w:shd w:fill="EDEDED"/>
            <w:vAlign w:val="center"/>
          </w:tcPr>
          <w:p>
            <w:r>
              <w:rPr>
                <w:rFonts w:ascii="Arial" w:hAnsi="Arial"/>
                <w:b/>
                <w:sz w:val="20"/>
              </w:rPr>
              <w:t>New name</w:t>
            </w:r>
          </w:p>
        </w:tc>
        <w:tc>
          <w:tcPr>
            <w:tcW w:type="dxa" w:w="4968"/>
            <w:vAlign w:val="center"/>
          </w:tcPr>
          <w:p>
            <w:r>
              <w:rPr>
                <w:rFonts w:ascii="Arial" w:hAnsi="Arial"/>
                <w:sz w:val="20"/>
              </w:rPr>
              <w:t>[NEW FULL NAME]</w:t>
            </w:r>
          </w:p>
        </w:tc>
      </w:tr>
      <w:tr>
        <w:tc>
          <w:tcPr>
            <w:tcW w:type="dxa" w:w="4968"/>
            <w:shd w:fill="EDEDED"/>
            <w:vAlign w:val="center"/>
          </w:tcPr>
          <w:p>
            <w:r>
              <w:rPr>
                <w:rFonts w:ascii="Arial" w:hAnsi="Arial"/>
                <w:b/>
                <w:sz w:val="20"/>
              </w:rPr>
              <w:t>Date new name adopted</w:t>
            </w:r>
          </w:p>
        </w:tc>
        <w:tc>
          <w:tcPr>
            <w:tcW w:type="dxa" w:w="4968"/>
            <w:vAlign w:val="center"/>
          </w:tcPr>
          <w:p>
            <w:r>
              <w:rPr>
                <w:rFonts w:ascii="Arial" w:hAnsi="Arial"/>
                <w:sz w:val="20"/>
              </w:rPr>
              <w:t>[DD / MM / YYYY]</w:t>
            </w:r>
          </w:p>
        </w:tc>
      </w:tr>
      <w:tr>
        <w:tc>
          <w:tcPr>
            <w:tcW w:type="dxa" w:w="4968"/>
            <w:shd w:fill="EDEDED"/>
            <w:vAlign w:val="center"/>
          </w:tcPr>
          <w:p>
            <w:r>
              <w:rPr>
                <w:rFonts w:ascii="Arial" w:hAnsi="Arial"/>
                <w:b/>
                <w:sz w:val="20"/>
              </w:rPr>
              <w:t>Other former names, if any</w:t>
            </w:r>
          </w:p>
        </w:tc>
        <w:tc>
          <w:tcPr>
            <w:tcW w:type="dxa" w:w="4968"/>
            <w:vAlign w:val="center"/>
          </w:tcPr>
          <w:p>
            <w:r>
              <w:rPr>
                <w:rFonts w:ascii="Arial" w:hAnsi="Arial"/>
                <w:sz w:val="20"/>
              </w:rPr>
              <w:t>[NONE / DETAILS]</w:t>
            </w:r>
          </w:p>
        </w:tc>
      </w:tr>
    </w:tbl>
    <w:p>
      <w:pPr>
        <w:pStyle w:val="Heading1"/>
      </w:pPr>
      <w:r>
        <w:t>4. Purpose of declaration</w:t>
      </w:r>
    </w:p>
    <w:p>
      <w:pPr>
        <w:spacing w:after="100"/>
      </w:pPr>
      <w:r>
        <w:rPr>
          <w:rFonts w:ascii="Arial" w:hAnsi="Arial"/>
          <w:b w:val="0"/>
          <w:i w:val="0"/>
          <w:sz w:val="21"/>
        </w:rPr>
        <w:t>This declaration is made for the following purpose / for presentation to the following organisation or authority:</w:t>
      </w:r>
    </w:p>
    <w:p>
      <w:pPr>
        <w:spacing w:after="100"/>
      </w:pPr>
      <w:r>
        <w:rPr>
          <w:rFonts w:ascii="Arial" w:hAnsi="Arial"/>
          <w:b w:val="0"/>
          <w:i w:val="0"/>
          <w:sz w:val="21"/>
        </w:rPr>
        <w:t>[STATE PURPOSE / ORGANISATION / APPLICATION]</w:t>
      </w:r>
    </w:p>
    <w:p>
      <w:pPr>
        <w:spacing w:after="100"/>
      </w:pPr>
      <w:r>
        <w:rPr>
          <w:rFonts w:ascii="Arial" w:hAnsi="Arial"/>
          <w:b w:val="0"/>
          <w:i/>
          <w:sz w:val="21"/>
        </w:rPr>
        <w:t>If the receiving organisation has prescribed wording or a prescribed form, use that wording/form instead of this general template.</w:t>
      </w:r>
    </w:p>
    <w:p>
      <w:pPr>
        <w:pStyle w:val="Heading1"/>
      </w:pPr>
      <w:r>
        <w:t>5. Declarant's signature</w:t>
      </w:r>
    </w:p>
    <w:p>
      <w:pPr>
        <w:spacing w:after="100"/>
      </w:pPr>
      <w:r>
        <w:rPr>
          <w:rFonts w:ascii="Arial" w:hAnsi="Arial"/>
          <w:b w:val="0"/>
          <w:i w:val="0"/>
          <w:sz w:val="21"/>
        </w:rPr>
        <w:t>The declarant should sign in the presence of the authorised person where witnessing or administration of the statutory declaration is required.</w:t>
      </w:r>
    </w:p>
    <w:tbl>
      <w:tblPr>
        <w:tblStyle w:val="TableGrid"/>
        <w:tblW w:type="auto" w:w="0"/>
        <w:jc w:val="center"/>
        <w:tblLook w:firstColumn="1" w:firstRow="1" w:lastColumn="0" w:lastRow="0" w:noHBand="0" w:noVBand="1" w:val="04A0"/>
      </w:tblPr>
      <w:tblGrid>
        <w:gridCol w:w="4968"/>
        <w:gridCol w:w="4968"/>
      </w:tblGrid>
      <w:tr>
        <w:tc>
          <w:tcPr>
            <w:tcW w:type="dxa" w:w="4968"/>
            <w:shd w:fill="EDEDED"/>
            <w:vAlign w:val="center"/>
          </w:tcPr>
          <w:p>
            <w:r>
              <w:rPr>
                <w:rFonts w:ascii="Arial" w:hAnsi="Arial"/>
                <w:b/>
                <w:sz w:val="20"/>
              </w:rPr>
              <w:t>Signature of declarant</w:t>
            </w:r>
          </w:p>
        </w:tc>
        <w:tc>
          <w:tcPr>
            <w:tcW w:type="dxa" w:w="4968"/>
            <w:vAlign w:val="center"/>
          </w:tcPr>
          <w:p>
            <w:r>
              <w:rPr>
                <w:rFonts w:ascii="Arial" w:hAnsi="Arial"/>
                <w:sz w:val="20"/>
              </w:rPr>
              <w:t>____________________________________________</w:t>
            </w:r>
          </w:p>
        </w:tc>
      </w:tr>
      <w:tr>
        <w:tc>
          <w:tcPr>
            <w:tcW w:type="dxa" w:w="4968"/>
            <w:shd w:fill="EDEDED"/>
            <w:vAlign w:val="center"/>
          </w:tcPr>
          <w:p>
            <w:r>
              <w:rPr>
                <w:rFonts w:ascii="Arial" w:hAnsi="Arial"/>
                <w:b/>
                <w:sz w:val="20"/>
              </w:rPr>
              <w:t>Name in full</w:t>
            </w:r>
          </w:p>
        </w:tc>
        <w:tc>
          <w:tcPr>
            <w:tcW w:type="dxa" w:w="4968"/>
            <w:vAlign w:val="center"/>
          </w:tcPr>
          <w:p>
            <w:r>
              <w:rPr>
                <w:rFonts w:ascii="Arial" w:hAnsi="Arial"/>
                <w:sz w:val="20"/>
              </w:rPr>
              <w:t>[NEW FULL NAME]</w:t>
            </w:r>
          </w:p>
        </w:tc>
      </w:tr>
      <w:tr>
        <w:tc>
          <w:tcPr>
            <w:tcW w:type="dxa" w:w="4968"/>
            <w:shd w:fill="EDEDED"/>
            <w:vAlign w:val="center"/>
          </w:tcPr>
          <w:p>
            <w:r>
              <w:rPr>
                <w:rFonts w:ascii="Arial" w:hAnsi="Arial"/>
                <w:b/>
                <w:sz w:val="20"/>
              </w:rPr>
              <w:t>Date</w:t>
            </w:r>
          </w:p>
        </w:tc>
        <w:tc>
          <w:tcPr>
            <w:tcW w:type="dxa" w:w="4968"/>
            <w:vAlign w:val="center"/>
          </w:tcPr>
          <w:p>
            <w:r>
              <w:rPr>
                <w:rFonts w:ascii="Arial" w:hAnsi="Arial"/>
                <w:sz w:val="20"/>
              </w:rPr>
              <w:t>[DD / MM / YYYY]</w:t>
            </w:r>
          </w:p>
        </w:tc>
      </w:tr>
    </w:tbl>
    <w:p>
      <w:pPr>
        <w:pStyle w:val="Heading1"/>
      </w:pPr>
      <w:r>
        <w:t>6. Attestation by authorised person</w:t>
      </w:r>
    </w:p>
    <w:p>
      <w:pPr>
        <w:spacing w:after="100"/>
      </w:pPr>
      <w:r>
        <w:rPr>
          <w:rFonts w:ascii="Arial" w:hAnsi="Arial"/>
          <w:b w:val="0"/>
          <w:i w:val="0"/>
          <w:sz w:val="21"/>
        </w:rPr>
        <w:t>To be completed by the person authorised to administer the statutory declaration. Do not complete or sign this section in advance if the declaration is to be made before the authorised person.</w:t>
      </w:r>
    </w:p>
    <w:tbl>
      <w:tblPr>
        <w:tblStyle w:val="TableGrid"/>
        <w:tblW w:type="auto" w:w="0"/>
        <w:jc w:val="center"/>
        <w:tblLook w:firstColumn="1" w:firstRow="1" w:lastColumn="0" w:lastRow="0" w:noHBand="0" w:noVBand="1" w:val="04A0"/>
      </w:tblPr>
      <w:tblGrid>
        <w:gridCol w:w="4968"/>
        <w:gridCol w:w="4968"/>
      </w:tblGrid>
      <w:tr>
        <w:tc>
          <w:tcPr>
            <w:tcW w:type="dxa" w:w="4968"/>
            <w:shd w:fill="EDEDED"/>
            <w:vAlign w:val="center"/>
          </w:tcPr>
          <w:p>
            <w:r>
              <w:rPr>
                <w:rFonts w:ascii="Arial" w:hAnsi="Arial"/>
                <w:b/>
                <w:sz w:val="20"/>
              </w:rPr>
              <w:t>Declared / affirmed at</w:t>
            </w:r>
          </w:p>
        </w:tc>
        <w:tc>
          <w:tcPr>
            <w:tcW w:type="dxa" w:w="4968"/>
            <w:vAlign w:val="center"/>
          </w:tcPr>
          <w:p>
            <w:r>
              <w:rPr>
                <w:rFonts w:ascii="Arial" w:hAnsi="Arial"/>
                <w:sz w:val="20"/>
              </w:rPr>
              <w:t>[PLACE]</w:t>
            </w:r>
          </w:p>
        </w:tc>
      </w:tr>
      <w:tr>
        <w:tc>
          <w:tcPr>
            <w:tcW w:type="dxa" w:w="4968"/>
            <w:shd w:fill="EDEDED"/>
            <w:vAlign w:val="center"/>
          </w:tcPr>
          <w:p>
            <w:r>
              <w:rPr>
                <w:rFonts w:ascii="Arial" w:hAnsi="Arial"/>
                <w:b/>
                <w:sz w:val="20"/>
              </w:rPr>
              <w:t>Date</w:t>
            </w:r>
          </w:p>
        </w:tc>
        <w:tc>
          <w:tcPr>
            <w:tcW w:type="dxa" w:w="4968"/>
            <w:vAlign w:val="center"/>
          </w:tcPr>
          <w:p>
            <w:r>
              <w:rPr>
                <w:rFonts w:ascii="Arial" w:hAnsi="Arial"/>
                <w:sz w:val="20"/>
              </w:rPr>
              <w:t>[DD / MM / YYYY]</w:t>
            </w:r>
          </w:p>
        </w:tc>
      </w:tr>
      <w:tr>
        <w:tc>
          <w:tcPr>
            <w:tcW w:type="dxa" w:w="4968"/>
            <w:shd w:fill="EDEDED"/>
            <w:vAlign w:val="center"/>
          </w:tcPr>
          <w:p>
            <w:r>
              <w:rPr>
                <w:rFonts w:ascii="Arial" w:hAnsi="Arial"/>
                <w:b/>
                <w:sz w:val="20"/>
              </w:rPr>
              <w:t>Name of authorised person</w:t>
            </w:r>
          </w:p>
        </w:tc>
        <w:tc>
          <w:tcPr>
            <w:tcW w:type="dxa" w:w="4968"/>
            <w:vAlign w:val="center"/>
          </w:tcPr>
          <w:p>
            <w:r>
              <w:rPr>
                <w:rFonts w:ascii="Arial" w:hAnsi="Arial"/>
                <w:sz w:val="20"/>
              </w:rPr>
              <w:t>[FULL NAME]</w:t>
            </w:r>
          </w:p>
        </w:tc>
      </w:tr>
      <w:tr>
        <w:tc>
          <w:tcPr>
            <w:tcW w:type="dxa" w:w="4968"/>
            <w:shd w:fill="EDEDED"/>
            <w:vAlign w:val="center"/>
          </w:tcPr>
          <w:p>
            <w:r>
              <w:rPr>
                <w:rFonts w:ascii="Arial" w:hAnsi="Arial"/>
                <w:b/>
                <w:sz w:val="20"/>
              </w:rPr>
              <w:t>Capacity / qualification</w:t>
            </w:r>
          </w:p>
        </w:tc>
        <w:tc>
          <w:tcPr>
            <w:tcW w:type="dxa" w:w="4968"/>
            <w:vAlign w:val="center"/>
          </w:tcPr>
          <w:p>
            <w:r>
              <w:rPr>
                <w:rFonts w:ascii="Arial" w:hAnsi="Arial"/>
                <w:sz w:val="20"/>
              </w:rPr>
              <w:t>[SOLICITOR / COMMISSIONER FOR OATHS / OTHER AUTHORISED PERSON]</w:t>
            </w:r>
          </w:p>
        </w:tc>
      </w:tr>
      <w:tr>
        <w:tc>
          <w:tcPr>
            <w:tcW w:type="dxa" w:w="4968"/>
            <w:shd w:fill="EDEDED"/>
            <w:vAlign w:val="center"/>
          </w:tcPr>
          <w:p>
            <w:r>
              <w:rPr>
                <w:rFonts w:ascii="Arial" w:hAnsi="Arial"/>
                <w:b/>
                <w:sz w:val="20"/>
              </w:rPr>
              <w:t>Firm / organisation</w:t>
            </w:r>
          </w:p>
        </w:tc>
        <w:tc>
          <w:tcPr>
            <w:tcW w:type="dxa" w:w="4968"/>
            <w:vAlign w:val="center"/>
          </w:tcPr>
          <w:p>
            <w:r>
              <w:rPr>
                <w:rFonts w:ascii="Arial" w:hAnsi="Arial"/>
                <w:sz w:val="20"/>
              </w:rPr>
              <w:t>[NAME, IF APPLICABLE]</w:t>
            </w:r>
          </w:p>
        </w:tc>
      </w:tr>
      <w:tr>
        <w:tc>
          <w:tcPr>
            <w:tcW w:type="dxa" w:w="4968"/>
            <w:shd w:fill="EDEDED"/>
            <w:vAlign w:val="center"/>
          </w:tcPr>
          <w:p>
            <w:r>
              <w:rPr>
                <w:rFonts w:ascii="Arial" w:hAnsi="Arial"/>
                <w:b/>
                <w:sz w:val="20"/>
              </w:rPr>
              <w:t>Address</w:t>
            </w:r>
          </w:p>
        </w:tc>
        <w:tc>
          <w:tcPr>
            <w:tcW w:type="dxa" w:w="4968"/>
            <w:vAlign w:val="center"/>
          </w:tcPr>
          <w:p>
            <w:r>
              <w:rPr>
                <w:rFonts w:ascii="Arial" w:hAnsi="Arial"/>
                <w:sz w:val="20"/>
              </w:rPr>
              <w:t>[ADDRESS]</w:t>
            </w:r>
          </w:p>
        </w:tc>
      </w:tr>
      <w:tr>
        <w:tc>
          <w:tcPr>
            <w:tcW w:type="dxa" w:w="4968"/>
            <w:shd w:fill="EDEDED"/>
            <w:vAlign w:val="center"/>
          </w:tcPr>
          <w:p>
            <w:r>
              <w:rPr>
                <w:rFonts w:ascii="Arial" w:hAnsi="Arial"/>
                <w:b/>
                <w:sz w:val="20"/>
              </w:rPr>
              <w:t>Signature of authorised person</w:t>
            </w:r>
          </w:p>
        </w:tc>
        <w:tc>
          <w:tcPr>
            <w:tcW w:type="dxa" w:w="4968"/>
            <w:vAlign w:val="center"/>
          </w:tcPr>
          <w:p>
            <w:r>
              <w:rPr>
                <w:rFonts w:ascii="Arial" w:hAnsi="Arial"/>
                <w:sz w:val="20"/>
              </w:rPr>
              <w:t>____________________________________________</w:t>
            </w:r>
          </w:p>
        </w:tc>
      </w:tr>
    </w:tbl>
    <w:p>
      <w:pPr>
        <w:pStyle w:val="Heading1"/>
      </w:pPr>
      <w:r>
        <w:t>7. Supporting documents</w:t>
      </w:r>
    </w:p>
    <w:p>
      <w:pPr>
        <w:spacing w:after="100"/>
      </w:pPr>
      <w:r>
        <w:rPr>
          <w:rFonts w:ascii="Arial" w:hAnsi="Arial"/>
          <w:b w:val="0"/>
          <w:i w:val="0"/>
          <w:sz w:val="21"/>
        </w:rPr>
        <w:t>Attach supporting evidence only where required by the receiving authority. Examples may include:</w:t>
      </w:r>
    </w:p>
    <w:p>
      <w:pPr>
        <w:spacing w:after="40"/>
      </w:pPr>
      <w:r>
        <w:rPr>
          <w:rFonts w:ascii="Arial" w:hAnsi="Arial"/>
          <w:b w:val="0"/>
          <w:i w:val="0"/>
          <w:sz w:val="21"/>
        </w:rPr>
        <w:t>☐ Current identity document: [DETAILS]</w:t>
      </w:r>
    </w:p>
    <w:p>
      <w:pPr>
        <w:spacing w:after="40"/>
      </w:pPr>
      <w:r>
        <w:rPr>
          <w:rFonts w:ascii="Arial" w:hAnsi="Arial"/>
          <w:b w:val="0"/>
          <w:i w:val="0"/>
          <w:sz w:val="21"/>
        </w:rPr>
        <w:t>☐ Document showing former name: [DETAILS]</w:t>
      </w:r>
    </w:p>
    <w:p>
      <w:pPr>
        <w:spacing w:after="40"/>
      </w:pPr>
      <w:r>
        <w:rPr>
          <w:rFonts w:ascii="Arial" w:hAnsi="Arial"/>
          <w:b w:val="0"/>
          <w:i w:val="0"/>
          <w:sz w:val="21"/>
        </w:rPr>
        <w:t>☐ Deed poll, if applicable: [DETAILS]</w:t>
      </w:r>
    </w:p>
    <w:p>
      <w:pPr>
        <w:spacing w:after="40"/>
      </w:pPr>
      <w:r>
        <w:rPr>
          <w:rFonts w:ascii="Arial" w:hAnsi="Arial"/>
          <w:b w:val="0"/>
          <w:i w:val="0"/>
          <w:sz w:val="21"/>
        </w:rPr>
        <w:t>☐ Marriage / civil partnership certificate, if applicable: [DETAILS]</w:t>
      </w:r>
    </w:p>
    <w:p>
      <w:pPr>
        <w:spacing w:after="40"/>
      </w:pPr>
      <w:r>
        <w:rPr>
          <w:rFonts w:ascii="Arial" w:hAnsi="Arial"/>
          <w:b w:val="0"/>
          <w:i w:val="0"/>
          <w:sz w:val="21"/>
        </w:rPr>
        <w:t>☐ Divorce / final order or other relevant document, if applicable: [DETAILS]</w:t>
      </w:r>
    </w:p>
    <w:p>
      <w:pPr>
        <w:spacing w:after="40"/>
      </w:pPr>
      <w:r>
        <w:rPr>
          <w:rFonts w:ascii="Arial" w:hAnsi="Arial"/>
          <w:b w:val="0"/>
          <w:i w:val="0"/>
          <w:sz w:val="21"/>
        </w:rPr>
        <w:t>☐ Certified translation, if required: [DETAILS]</w:t>
      </w:r>
    </w:p>
    <w:p>
      <w:pPr>
        <w:spacing w:after="40"/>
      </w:pPr>
      <w:r>
        <w:rPr>
          <w:rFonts w:ascii="Arial" w:hAnsi="Arial"/>
          <w:b w:val="0"/>
          <w:i w:val="0"/>
          <w:sz w:val="21"/>
        </w:rPr>
        <w:t>☐ Other supporting document: [DETAILS]</w:t>
      </w:r>
    </w:p>
    <w:p>
      <w:pPr>
        <w:pStyle w:val="Heading1"/>
      </w:pPr>
      <w:r>
        <w:t>8. Completion instructions</w:t>
      </w:r>
    </w:p>
    <w:p>
      <w:pPr>
        <w:spacing w:after="60"/>
        <w:ind w:left="288"/>
      </w:pPr>
      <w:r>
        <w:rPr>
          <w:rFonts w:ascii="Arial" w:hAnsi="Arial"/>
          <w:sz w:val="19"/>
        </w:rPr>
        <w:t>• Enter names exactly and consistently throughout the document, including all middle names.</w:t>
      </w:r>
    </w:p>
    <w:p>
      <w:pPr>
        <w:spacing w:after="60"/>
        <w:ind w:left="288"/>
      </w:pPr>
      <w:r>
        <w:rPr>
          <w:rFonts w:ascii="Arial" w:hAnsi="Arial"/>
          <w:sz w:val="19"/>
        </w:rPr>
        <w:t>• Do not sign before the authorised witness if the receiving authority requires the declaration to be made in their presence.</w:t>
      </w:r>
    </w:p>
    <w:p>
      <w:pPr>
        <w:spacing w:after="60"/>
        <w:ind w:left="288"/>
      </w:pPr>
      <w:r>
        <w:rPr>
          <w:rFonts w:ascii="Arial" w:hAnsi="Arial"/>
          <w:sz w:val="19"/>
        </w:rPr>
        <w:t>• Check whether the receiving organisation requires an original, certified copy, notarisation, apostille, legalisation or translation.</w:t>
      </w:r>
    </w:p>
    <w:p>
      <w:pPr>
        <w:spacing w:after="60"/>
        <w:ind w:left="288"/>
      </w:pPr>
      <w:r>
        <w:rPr>
          <w:rFonts w:ascii="Arial" w:hAnsi="Arial"/>
          <w:sz w:val="19"/>
        </w:rPr>
        <w:t>• If the declaration is for an adult enrolled deed poll application, use the current HMCTS LOC020/LOC021 process and follow its specific eligibility and signing requirements.</w:t>
      </w:r>
    </w:p>
    <w:p>
      <w:pPr>
        <w:spacing w:after="60"/>
        <w:ind w:left="288"/>
      </w:pPr>
      <w:r>
        <w:rPr>
          <w:rFonts w:ascii="Arial" w:hAnsi="Arial"/>
          <w:sz w:val="19"/>
        </w:rPr>
        <w:t>• If the person was born in Scotland, follow the relevant Scottish procedure rather than assuming the England and Wales process applies.</w:t>
      </w:r>
    </w:p>
    <w:p>
      <w:pPr>
        <w:pStyle w:val="Heading1"/>
      </w:pPr>
      <w:r>
        <w:t>9. Disclaimer</w:t>
      </w:r>
    </w:p>
    <w:p>
      <w:pPr>
        <w:spacing w:after="100"/>
      </w:pPr>
      <w:r>
        <w:rPr>
          <w:rFonts w:ascii="Arial" w:hAnsi="Arial"/>
          <w:b w:val="0"/>
          <w:i w:val="0"/>
          <w:sz w:val="21"/>
        </w:rPr>
        <w:t>This template is provided for general information and document-preparation purposes only and does not constitute legal advice. It is not an official HM Courts &amp; Tribunals Service form and acceptance is not guaranteed. Legal and administrative requirements depend on the purpose, jurisdiction and receiving authority. Confirm the applicable requirements before signing, witnessing, notarising, certifying, apostilling, legalising or submitting the document.</w:t>
      </w:r>
    </w:p>
    <w:p>
      <w:pPr>
        <w:pStyle w:val="Heading1"/>
      </w:pPr>
      <w:r>
        <w:t>10. Official UK references</w:t>
      </w:r>
    </w:p>
    <w:p>
      <w:pPr>
        <w:spacing w:after="100"/>
      </w:pPr>
      <w:r>
        <w:rPr>
          <w:rFonts w:ascii="Arial" w:hAnsi="Arial"/>
          <w:b w:val="0"/>
          <w:i w:val="0"/>
          <w:sz w:val="21"/>
        </w:rPr>
        <w:t>Current GOV.UK guidance checked: 'Change your name by deed poll'; HMCTS Form LOC020 (adult deed poll); HMCTS Form LOC021 (adult deed poll statutory declaration); and GOV.UK guidance on evidence for changing a name.</w:t>
      </w:r>
    </w:p>
    <w:sectPr w:rsidR="00FC693F" w:rsidRPr="0006063C" w:rsidSect="00034616">
      <w:footerReference w:type="default" r:id="rId9"/>
      <w:pgSz w:w="12240" w:h="15840"/>
      <w:pgMar w:top="1008" w:right="1152" w:bottom="1008" w:left="1152" w:header="720" w:footer="720" w:gutter="0"/>
      <w:cols w:space="720"/>
      <w:docGrid w:linePitch="360"/>
    </w:sectPr>
    <w:p>
      <w:pPr>
        <w:keepNext/>
        <w:spacing w:before="180" w:after="60"/>
      </w:pPr>
      <w:r>
        <w:rPr>
          <w:b/>
        </w:rPr>
        <w:t>Disclaimer</w:t>
      </w:r>
    </w:p>
    <w:p>
      <w:pPr>
        <w:keepLines/>
      </w:pPr>
      <w:r>
        <w:t>This template is provided for general guidance only and should not be considered legal advice. We recommend seeking professional advice to ensure it meets your specific needs. If you need help with document preparation, apostille or legalisation services, the 2E Apostille team is here to offer friendly guidance and support.</w:t>
      </w:r>
    </w:p>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sz w:val="16"/>
      </w:rPr>
      <w:t>Declaration of Change of Name — UK-focused template</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rPr>
      <w:rFonts w:ascii="Arial" w:hAnsi="Arial"/>
    </w:rPr>
  </w:style>
  <w:style w:type="character" w:customStyle="1" w:styleId="HeaderChar">
    <w:name w:val="Header Char"/>
    <w:basedOn w:val="DefaultParagraphFont"/>
    <w:link w:val="Header"/>
    <w:uiPriority w:val="99"/>
    <w:rsid w:val="00E618BF"/>
    <w:rPr>
      <w:rFonts w:ascii="Arial" w:hAnsi="Arial"/>
    </w:rPr>
  </w:style>
  <w:style w:type="paragraph" w:styleId="Footer">
    <w:name w:val="footer"/>
    <w:basedOn w:val="Normal"/>
    <w:link w:val="FooterChar"/>
    <w:uiPriority w:val="99"/>
    <w:unhideWhenUsed/>
    <w:rsid w:val="00E618BF"/>
    <w:pPr>
      <w:tabs>
        <w:tab w:val="center" w:pos="4680"/>
        <w:tab w:val="right" w:pos="9360"/>
      </w:tabs>
      <w:spacing w:after="0" w:line="240" w:lineRule="auto"/>
    </w:pPr>
    <w:rPr>
      <w:rFonts w:ascii="Arial" w:hAnsi="Arial"/>
    </w:rPr>
  </w:style>
  <w:style w:type="character" w:customStyle="1" w:styleId="FooterChar">
    <w:name w:val="Footer Char"/>
    <w:basedOn w:val="DefaultParagraphFont"/>
    <w:link w:val="Footer"/>
    <w:uiPriority w:val="99"/>
    <w:rsid w:val="00E618B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ascii="Arial" w:hAnsi="Arial"/>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ascii="Arial" w:hAnsi="Arial"/>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ascii="Arial" w:hAnsi="Arial"/>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ascii="Arial" w:hAnsi="Arial"/>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ascii="Arial" w:hAnsi="Arial"/>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ascii="Arial" w:hAnsi="Arial"/>
      <w:i/>
      <w:iCs/>
      <w:color w:val="404040" w:themeColor="text1" w:themeTint="BF"/>
      <w:sz w:val="20"/>
      <w:szCs w:val="20"/>
    </w:rPr>
  </w:style>
  <w:style w:type="character" w:default="1" w:styleId="DefaultParagraphFont">
    <w:name w:val="Default Paragraph Font"/>
    <w:uiPriority w:val="1"/>
    <w:semiHidden/>
    <w:unhideWhenUsed/>
    <w:rPr>
      <w:rFonts w:ascii="Arial" w:hAnsi="Arial"/>
    </w:rPr>
  </w:style>
  <w:style w:type="table" w:default="1" w:styleId="TableNormal">
    <w:name w:val="Normal Table"/>
    <w:uiPriority w:val="99"/>
    <w:semiHidden/>
    <w:unhideWhenUsed/>
    <w:rPr>
      <w:rFonts w:ascii="Arial" w:hAnsi="Arial"/>
    </w:rPr>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rPr>
      <w:rFonts w:ascii="Arial" w:hAnsi="Arial"/>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ascii="Arial" w:hAnsi="Arial"/>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ascii="Arial" w:hAnsi="Arial"/>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ascii="Arial" w:hAnsi="Arial"/>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ascii="Arial" w:hAnsi="Arial"/>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Arial" w:hAnsi="Arial"/>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ascii="Arial" w:hAnsi="Arial"/>
      <w:i/>
      <w:iCs/>
      <w:color w:val="4F81BD" w:themeColor="accent1"/>
      <w:spacing w:val="15"/>
      <w:sz w:val="24"/>
      <w:szCs w:val="24"/>
    </w:rPr>
  </w:style>
  <w:style w:type="paragraph" w:styleId="ListParagraph">
    <w:name w:val="List Paragraph"/>
    <w:basedOn w:val="Normal"/>
    <w:uiPriority w:val="34"/>
    <w:qFormat/>
    <w:rsid w:val="00FC693F"/>
    <w:pPr>
      <w:ind w:left="720"/>
      <w:contextualSpacing/>
    </w:pPr>
    <w:rPr>
      <w:rFonts w:ascii="Arial" w:hAnsi="Arial"/>
    </w:rPr>
  </w:style>
  <w:style w:type="paragraph" w:styleId="BodyText">
    <w:name w:val="Body Text"/>
    <w:basedOn w:val="Normal"/>
    <w:link w:val="BodyTextChar"/>
    <w:uiPriority w:val="99"/>
    <w:unhideWhenUsed/>
    <w:rsid w:val="00AA1D8D"/>
    <w:pPr>
      <w:spacing w:after="120"/>
    </w:pPr>
    <w:rPr>
      <w:rFonts w:ascii="Arial" w:hAnsi="Arial"/>
    </w:rPr>
  </w:style>
  <w:style w:type="character" w:customStyle="1" w:styleId="BodyTextChar">
    <w:name w:val="Body Text Char"/>
    <w:basedOn w:val="DefaultParagraphFont"/>
    <w:link w:val="BodyText"/>
    <w:uiPriority w:val="99"/>
    <w:rsid w:val="00AA1D8D"/>
    <w:rPr>
      <w:rFonts w:ascii="Arial" w:hAnsi="Arial"/>
    </w:rPr>
  </w:style>
  <w:style w:type="paragraph" w:styleId="BodyText2">
    <w:name w:val="Body Text 2"/>
    <w:basedOn w:val="Normal"/>
    <w:link w:val="BodyText2Char"/>
    <w:uiPriority w:val="99"/>
    <w:unhideWhenUsed/>
    <w:rsid w:val="00AA1D8D"/>
    <w:pPr>
      <w:spacing w:after="120" w:line="480" w:lineRule="auto"/>
    </w:pPr>
    <w:rPr>
      <w:rFonts w:ascii="Arial" w:hAnsi="Arial"/>
    </w:rPr>
  </w:style>
  <w:style w:type="character" w:customStyle="1" w:styleId="BodyText2Char">
    <w:name w:val="Body Text 2 Char"/>
    <w:basedOn w:val="DefaultParagraphFont"/>
    <w:link w:val="BodyText2"/>
    <w:uiPriority w:val="99"/>
    <w:rsid w:val="00AA1D8D"/>
    <w:rPr>
      <w:rFonts w:ascii="Arial" w:hAnsi="Arial"/>
    </w:rPr>
  </w:style>
  <w:style w:type="paragraph" w:styleId="BodyText3">
    <w:name w:val="Body Text 3"/>
    <w:basedOn w:val="Normal"/>
    <w:link w:val="BodyText3Char"/>
    <w:uiPriority w:val="99"/>
    <w:unhideWhenUsed/>
    <w:rsid w:val="00AA1D8D"/>
    <w:pPr>
      <w:spacing w:after="120"/>
    </w:pPr>
    <w:rPr>
      <w:rFonts w:ascii="Arial" w:hAnsi="Arial"/>
      <w:sz w:val="16"/>
      <w:szCs w:val="16"/>
    </w:rPr>
  </w:style>
  <w:style w:type="character" w:customStyle="1" w:styleId="BodyText3Char">
    <w:name w:val="Body Text 3 Char"/>
    <w:basedOn w:val="DefaultParagraphFont"/>
    <w:link w:val="BodyText3"/>
    <w:uiPriority w:val="99"/>
    <w:rsid w:val="00AA1D8D"/>
    <w:rPr>
      <w:rFonts w:ascii="Arial" w:hAnsi="Arial"/>
      <w:sz w:val="16"/>
      <w:szCs w:val="16"/>
    </w:rPr>
  </w:style>
  <w:style w:type="paragraph" w:styleId="List">
    <w:name w:val="List"/>
    <w:basedOn w:val="Normal"/>
    <w:uiPriority w:val="99"/>
    <w:unhideWhenUsed/>
    <w:rsid w:val="00AA1D8D"/>
    <w:pPr>
      <w:ind w:left="360" w:hanging="360"/>
      <w:contextualSpacing/>
    </w:pPr>
    <w:rPr>
      <w:rFonts w:ascii="Arial" w:hAnsi="Arial"/>
    </w:rPr>
  </w:style>
  <w:style w:type="paragraph" w:styleId="List2">
    <w:name w:val="List 2"/>
    <w:basedOn w:val="Normal"/>
    <w:uiPriority w:val="99"/>
    <w:unhideWhenUsed/>
    <w:rsid w:val="00326F90"/>
    <w:pPr>
      <w:ind w:left="720" w:hanging="360"/>
      <w:contextualSpacing/>
    </w:pPr>
    <w:rPr>
      <w:rFonts w:ascii="Arial" w:hAnsi="Arial"/>
    </w:rPr>
  </w:style>
  <w:style w:type="paragraph" w:styleId="List3">
    <w:name w:val="List 3"/>
    <w:basedOn w:val="Normal"/>
    <w:uiPriority w:val="99"/>
    <w:unhideWhenUsed/>
    <w:rsid w:val="00326F90"/>
    <w:pPr>
      <w:ind w:left="1080" w:hanging="360"/>
      <w:contextualSpacing/>
    </w:pPr>
    <w:rPr>
      <w:rFonts w:ascii="Arial" w:hAnsi="Arial"/>
    </w:rPr>
  </w:style>
  <w:style w:type="paragraph" w:styleId="ListBullet">
    <w:name w:val="List Bullet"/>
    <w:basedOn w:val="Normal"/>
    <w:uiPriority w:val="99"/>
    <w:unhideWhenUsed/>
    <w:rsid w:val="00326F90"/>
    <w:pPr>
      <w:numPr>
        <w:numId w:val="1"/>
      </w:numPr>
      <w:contextualSpacing/>
    </w:pPr>
    <w:rPr>
      <w:rFonts w:ascii="Arial" w:hAnsi="Arial"/>
    </w:rPr>
  </w:style>
  <w:style w:type="paragraph" w:styleId="ListBullet2">
    <w:name w:val="List Bullet 2"/>
    <w:basedOn w:val="Normal"/>
    <w:uiPriority w:val="99"/>
    <w:unhideWhenUsed/>
    <w:rsid w:val="00326F90"/>
    <w:pPr>
      <w:numPr>
        <w:numId w:val="2"/>
      </w:numPr>
      <w:contextualSpacing/>
    </w:pPr>
    <w:rPr>
      <w:rFonts w:ascii="Arial" w:hAnsi="Arial"/>
    </w:rPr>
  </w:style>
  <w:style w:type="paragraph" w:styleId="ListBullet3">
    <w:name w:val="List Bullet 3"/>
    <w:basedOn w:val="Normal"/>
    <w:uiPriority w:val="99"/>
    <w:unhideWhenUsed/>
    <w:rsid w:val="00326F90"/>
    <w:pPr>
      <w:numPr>
        <w:numId w:val="3"/>
      </w:numPr>
      <w:contextualSpacing/>
    </w:pPr>
    <w:rPr>
      <w:rFonts w:ascii="Arial" w:hAnsi="Arial"/>
    </w:rPr>
  </w:style>
  <w:style w:type="paragraph" w:styleId="ListNumber">
    <w:name w:val="List Number"/>
    <w:basedOn w:val="Normal"/>
    <w:uiPriority w:val="99"/>
    <w:unhideWhenUsed/>
    <w:rsid w:val="00326F90"/>
    <w:pPr>
      <w:numPr>
        <w:numId w:val="5"/>
      </w:numPr>
      <w:contextualSpacing/>
    </w:pPr>
    <w:rPr>
      <w:rFonts w:ascii="Arial" w:hAnsi="Arial"/>
    </w:rPr>
  </w:style>
  <w:style w:type="paragraph" w:styleId="ListNumber2">
    <w:name w:val="List Number 2"/>
    <w:basedOn w:val="Normal"/>
    <w:uiPriority w:val="99"/>
    <w:unhideWhenUsed/>
    <w:rsid w:val="0029639D"/>
    <w:pPr>
      <w:numPr>
        <w:numId w:val="6"/>
      </w:numPr>
      <w:contextualSpacing/>
    </w:pPr>
    <w:rPr>
      <w:rFonts w:ascii="Arial" w:hAnsi="Arial"/>
    </w:rPr>
  </w:style>
  <w:style w:type="paragraph" w:styleId="ListNumber3">
    <w:name w:val="List Number 3"/>
    <w:basedOn w:val="Normal"/>
    <w:uiPriority w:val="99"/>
    <w:unhideWhenUsed/>
    <w:rsid w:val="0029639D"/>
    <w:pPr>
      <w:numPr>
        <w:numId w:val="7"/>
      </w:numPr>
      <w:contextualSpacing/>
    </w:pPr>
    <w:rPr>
      <w:rFonts w:ascii="Arial" w:hAnsi="Arial"/>
    </w:rPr>
  </w:style>
  <w:style w:type="paragraph" w:styleId="ListContinue">
    <w:name w:val="List Continue"/>
    <w:basedOn w:val="Normal"/>
    <w:uiPriority w:val="99"/>
    <w:unhideWhenUsed/>
    <w:rsid w:val="0029639D"/>
    <w:pPr>
      <w:spacing w:after="120"/>
      <w:ind w:left="360"/>
      <w:contextualSpacing/>
    </w:pPr>
    <w:rPr>
      <w:rFonts w:ascii="Arial" w:hAnsi="Arial"/>
    </w:rPr>
  </w:style>
  <w:style w:type="paragraph" w:styleId="ListContinue2">
    <w:name w:val="List Continue 2"/>
    <w:basedOn w:val="Normal"/>
    <w:uiPriority w:val="99"/>
    <w:unhideWhenUsed/>
    <w:rsid w:val="0029639D"/>
    <w:pPr>
      <w:spacing w:after="120"/>
      <w:ind w:left="720"/>
      <w:contextualSpacing/>
    </w:pPr>
    <w:rPr>
      <w:rFonts w:ascii="Arial" w:hAnsi="Arial"/>
    </w:rPr>
  </w:style>
  <w:style w:type="paragraph" w:styleId="ListContinue3">
    <w:name w:val="List Continue 3"/>
    <w:basedOn w:val="Normal"/>
    <w:uiPriority w:val="99"/>
    <w:unhideWhenUsed/>
    <w:rsid w:val="0029639D"/>
    <w:pPr>
      <w:spacing w:after="120"/>
      <w:ind w:left="1080"/>
      <w:contextualSpacing/>
    </w:pPr>
    <w:rPr>
      <w:rFonts w:ascii="Arial" w:hAnsi="Arial"/>
    </w:r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Arial" w:hAnsi="Arial"/>
      <w:sz w:val="20"/>
      <w:szCs w:val="20"/>
    </w:rPr>
  </w:style>
  <w:style w:type="character" w:customStyle="1" w:styleId="MacroTextChar">
    <w:name w:val="Macro Text Char"/>
    <w:basedOn w:val="DefaultParagraphFont"/>
    <w:link w:val="MacroText"/>
    <w:uiPriority w:val="99"/>
    <w:rsid w:val="0029639D"/>
    <w:rPr>
      <w:rFonts w:ascii="Arial" w:hAnsi="Arial"/>
      <w:sz w:val="20"/>
      <w:szCs w:val="20"/>
    </w:rPr>
  </w:style>
  <w:style w:type="paragraph" w:styleId="Quote">
    <w:name w:val="Quote"/>
    <w:basedOn w:val="Normal"/>
    <w:next w:val="Normal"/>
    <w:link w:val="QuoteChar"/>
    <w:uiPriority w:val="29"/>
    <w:qFormat/>
    <w:rsid w:val="00FC693F"/>
    <w:rPr>
      <w:rFonts w:ascii="Arial" w:hAnsi="Arial"/>
      <w:i/>
      <w:iCs/>
      <w:color w:val="000000" w:themeColor="text1"/>
    </w:rPr>
  </w:style>
  <w:style w:type="character" w:customStyle="1" w:styleId="QuoteChar">
    <w:name w:val="Quote Char"/>
    <w:basedOn w:val="DefaultParagraphFont"/>
    <w:link w:val="Quote"/>
    <w:uiPriority w:val="29"/>
    <w:rsid w:val="00FC693F"/>
    <w:rPr>
      <w:rFonts w:ascii="Arial" w:hAnsi="Arial"/>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ascii="Arial" w:hAnsi="Arial"/>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ascii="Arial" w:hAnsi="Arial"/>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ascii="Arial" w:hAnsi="Arial"/>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ascii="Arial" w:hAnsi="Arial"/>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ascii="Arial" w:hAnsi="Arial"/>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ascii="Arial" w:hAnsi="Arial"/>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rFonts w:ascii="Arial" w:hAnsi="Arial"/>
      <w:b/>
      <w:bCs/>
      <w:color w:val="4F81BD" w:themeColor="accent1"/>
      <w:sz w:val="18"/>
      <w:szCs w:val="18"/>
    </w:rPr>
  </w:style>
  <w:style w:type="character" w:styleId="Strong">
    <w:name w:val="Strong"/>
    <w:basedOn w:val="DefaultParagraphFont"/>
    <w:uiPriority w:val="22"/>
    <w:qFormat/>
    <w:rsid w:val="00FC693F"/>
    <w:rPr>
      <w:rFonts w:ascii="Arial" w:hAnsi="Arial"/>
      <w:b/>
      <w:bCs/>
    </w:rPr>
  </w:style>
  <w:style w:type="character" w:styleId="Emphasis">
    <w:name w:val="Emphasis"/>
    <w:basedOn w:val="DefaultParagraphFont"/>
    <w:uiPriority w:val="20"/>
    <w:qFormat/>
    <w:rsid w:val="00FC693F"/>
    <w:rPr>
      <w:rFonts w:ascii="Arial" w:hAnsi="Arial"/>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rFonts w:ascii="Arial" w:hAnsi="Arial"/>
      <w:b/>
      <w:bCs/>
      <w:i/>
      <w:iCs/>
      <w:color w:val="4F81BD" w:themeColor="accent1"/>
    </w:rPr>
  </w:style>
  <w:style w:type="character" w:customStyle="1" w:styleId="IntenseQuoteChar">
    <w:name w:val="Intense Quote Char"/>
    <w:basedOn w:val="DefaultParagraphFont"/>
    <w:link w:val="IntenseQuote"/>
    <w:uiPriority w:val="30"/>
    <w:rsid w:val="00FC693F"/>
    <w:rPr>
      <w:rFonts w:ascii="Arial" w:hAnsi="Arial"/>
      <w:b/>
      <w:bCs/>
      <w:i/>
      <w:iCs/>
      <w:color w:val="4F81BD" w:themeColor="accent1"/>
    </w:rPr>
  </w:style>
  <w:style w:type="character" w:styleId="SubtleEmphasis">
    <w:name w:val="Subtle Emphasis"/>
    <w:basedOn w:val="DefaultParagraphFont"/>
    <w:uiPriority w:val="19"/>
    <w:qFormat/>
    <w:rsid w:val="00FC693F"/>
    <w:rPr>
      <w:rFonts w:ascii="Arial" w:hAnsi="Arial"/>
      <w:i/>
      <w:iCs/>
      <w:color w:val="808080" w:themeColor="text1" w:themeTint="7F"/>
    </w:rPr>
  </w:style>
  <w:style w:type="character" w:styleId="IntenseEmphasis">
    <w:name w:val="Intense Emphasis"/>
    <w:basedOn w:val="DefaultParagraphFont"/>
    <w:uiPriority w:val="21"/>
    <w:qFormat/>
    <w:rsid w:val="00FC693F"/>
    <w:rPr>
      <w:rFonts w:ascii="Arial" w:hAnsi="Arial"/>
      <w:b/>
      <w:bCs/>
      <w:i/>
      <w:iCs/>
      <w:color w:val="4F81BD" w:themeColor="accent1"/>
    </w:rPr>
  </w:style>
  <w:style w:type="character" w:styleId="SubtleReference">
    <w:name w:val="Subtle Reference"/>
    <w:basedOn w:val="DefaultParagraphFont"/>
    <w:uiPriority w:val="31"/>
    <w:qFormat/>
    <w:rsid w:val="00FC693F"/>
    <w:rPr>
      <w:rFonts w:ascii="Arial" w:hAnsi="Arial"/>
      <w:smallCaps/>
      <w:color w:val="C0504D" w:themeColor="accent2"/>
      <w:u w:val="single"/>
    </w:rPr>
  </w:style>
  <w:style w:type="character" w:styleId="IntenseReference">
    <w:name w:val="Intense Reference"/>
    <w:basedOn w:val="DefaultParagraphFont"/>
    <w:uiPriority w:val="32"/>
    <w:qFormat/>
    <w:rsid w:val="00FC693F"/>
    <w:rPr>
      <w:rFonts w:ascii="Arial" w:hAnsi="Arial"/>
      <w:b/>
      <w:bCs/>
      <w:smallCaps/>
      <w:color w:val="C0504D" w:themeColor="accent2"/>
      <w:spacing w:val="5"/>
      <w:u w:val="single"/>
    </w:rPr>
  </w:style>
  <w:style w:type="character" w:styleId="BookTitle">
    <w:name w:val="Book Title"/>
    <w:basedOn w:val="DefaultParagraphFont"/>
    <w:uiPriority w:val="33"/>
    <w:qFormat/>
    <w:rsid w:val="00FC693F"/>
    <w:rPr>
      <w:rFonts w:ascii="Arial" w:hAnsi="Arial"/>
      <w:b/>
      <w:bCs/>
      <w:smallCaps/>
      <w:spacing w:val="5"/>
    </w:rPr>
  </w:style>
  <w:style w:type="paragraph" w:styleId="TOCHeading">
    <w:name w:val="TOC Heading"/>
    <w:basedOn w:val="Heading1"/>
    <w:next w:val="Normal"/>
    <w:uiPriority w:val="39"/>
    <w:semiHidden/>
    <w:unhideWhenUsed/>
    <w:qFormat/>
    <w:rsid w:val="00FC693F"/>
    <w:pPr>
      <w:outlineLvl w:val="9"/>
    </w:pPr>
    <w:rPr>
      <w:rFonts w:ascii="Arial" w:hAnsi="Arial"/>
    </w:rPr>
  </w:style>
  <w:style w:type="table" w:styleId="TableGrid">
    <w:name w:val="Table Grid"/>
    <w:basedOn w:val="TableNormal"/>
    <w:uiPriority w:val="59"/>
    <w:rsid w:val="00FC693F"/>
    <w:pPr>
      <w:spacing w:after="0" w:line="240" w:lineRule="auto"/>
    </w:pPr>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rFonts w:ascii="Arial" w:hAnsi="Arial"/>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rFonts w:ascii="Arial" w:hAnsi="Arial"/>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rFonts w:ascii="Arial" w:hAnsi="Arial"/>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rFonts w:ascii="Arial" w:hAnsi="Arial"/>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rFonts w:ascii="Arial" w:hAnsi="Arial"/>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rFonts w:ascii="Arial" w:hAnsi="Arial"/>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rFonts w:ascii="Arial" w:hAnsi="Arial"/>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rPr>
      <w:rFonts w:ascii="Arial" w:hAnsi="Aria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rPr>
      <w:rFonts w:ascii="Arial" w:hAnsi="Aria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rPr>
      <w:rFonts w:ascii="Arial" w:hAnsi="Aria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rPr>
      <w:rFonts w:ascii="Arial" w:hAnsi="Aria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rPr>
      <w:rFonts w:ascii="Arial" w:hAnsi="Aria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rPr>
      <w:rFonts w:ascii="Arial" w:hAnsi="Aria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rPr>
      <w:rFonts w:ascii="Arial" w:hAnsi="Aria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rPr>
      <w:rFonts w:ascii="Arial" w:hAnsi="Aria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rPr>
      <w:rFonts w:ascii="Arial" w:hAnsi="Aria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rPr>
      <w:rFonts w:ascii="Arial" w:hAnsi="Aria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rPr>
      <w:rFonts w:ascii="Arial" w:hAnsi="Aria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rPr>
      <w:rFonts w:ascii="Arial" w:hAnsi="Aria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rPr>
      <w:rFonts w:ascii="Arial" w:hAnsi="Aria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rPr>
      <w:rFonts w:ascii="Arial" w:hAnsi="Aria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rPr>
      <w:rFonts w:ascii="Arial" w:hAnsi="Arial"/>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rPr>
      <w:rFonts w:ascii="Arial" w:hAnsi="Arial"/>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rPr>
      <w:rFonts w:ascii="Arial" w:hAnsi="Arial"/>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rPr>
      <w:rFonts w:ascii="Arial" w:hAnsi="Arial"/>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rPr>
      <w:rFonts w:ascii="Arial" w:hAnsi="Arial"/>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rPr>
      <w:rFonts w:ascii="Arial" w:hAnsi="Arial"/>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rPr>
      <w:rFonts w:ascii="Arial" w:hAnsi="Arial"/>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rPr>
      <w:rFonts w:ascii="Arial" w:hAnsi="Arial"/>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rPr>
      <w:rFonts w:ascii="Arial" w:hAnsi="Arial"/>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rPr>
      <w:rFonts w:ascii="Arial" w:hAnsi="Arial"/>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rPr>
      <w:rFonts w:ascii="Arial" w:hAnsi="Arial"/>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rPr>
      <w:rFonts w:ascii="Arial" w:hAnsi="Arial"/>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rPr>
      <w:rFonts w:ascii="Arial" w:hAnsi="Arial"/>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rPr>
      <w:rFonts w:ascii="Arial" w:hAnsi="Arial"/>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rFonts w:ascii="Arial" w:hAnsi="Arial"/>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rFonts w:ascii="Arial" w:hAnsi="Arial"/>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rFonts w:ascii="Arial" w:hAnsi="Arial"/>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rFonts w:ascii="Arial" w:hAnsi="Arial"/>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rFonts w:ascii="Arial" w:hAnsi="Arial"/>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rFonts w:ascii="Arial" w:hAnsi="Arial"/>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rFonts w:ascii="Arial" w:hAnsi="Arial"/>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ascii="Arial" w:hAnsi="Arial"/>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ascii="Arial" w:hAnsi="Arial"/>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ascii="Arial" w:hAnsi="Arial"/>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ascii="Arial" w:hAnsi="Arial"/>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ascii="Arial" w:hAnsi="Arial"/>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ascii="Arial" w:hAnsi="Arial"/>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ascii="Arial" w:hAnsi="Arial"/>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rPr>
      <w:rFonts w:ascii="Arial" w:hAnsi="Arial"/>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rPr>
      <w:rFonts w:ascii="Arial" w:hAnsi="Arial"/>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rPr>
      <w:rFonts w:ascii="Arial" w:hAnsi="Arial"/>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rPr>
      <w:rFonts w:ascii="Arial" w:hAnsi="Arial"/>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rPr>
      <w:rFonts w:ascii="Arial" w:hAnsi="Arial"/>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rPr>
      <w:rFonts w:ascii="Arial" w:hAnsi="Arial"/>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rPr>
      <w:rFonts w:ascii="Arial" w:hAnsi="Arial"/>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ascii="Arial" w:hAnsi="Arial"/>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ascii="Arial" w:hAnsi="Arial"/>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ascii="Arial" w:hAnsi="Arial"/>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ascii="Arial" w:hAnsi="Arial"/>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ascii="Arial" w:hAnsi="Arial"/>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ascii="Arial" w:hAnsi="Arial"/>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ascii="Arial" w:hAnsi="Arial"/>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rPr>
      <w:rFonts w:ascii="Arial" w:hAnsi="Arial"/>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rPr>
      <w:rFonts w:ascii="Arial" w:hAnsi="Arial"/>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rPr>
      <w:rFonts w:ascii="Arial" w:hAnsi="Arial"/>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rPr>
      <w:rFonts w:ascii="Arial" w:hAnsi="Arial"/>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rPr>
      <w:rFonts w:ascii="Arial" w:hAnsi="Arial"/>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rPr>
      <w:rFonts w:ascii="Arial" w:hAnsi="Arial"/>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rPr>
      <w:rFonts w:ascii="Arial" w:hAnsi="Arial"/>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rFonts w:ascii="Arial" w:hAnsi="Arial"/>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rFonts w:ascii="Arial" w:hAnsi="Arial"/>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rFonts w:ascii="Arial" w:hAnsi="Arial"/>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rFonts w:ascii="Arial" w:hAnsi="Arial"/>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rFonts w:ascii="Arial" w:hAnsi="Arial"/>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rFonts w:ascii="Arial" w:hAnsi="Arial"/>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rFonts w:ascii="Arial" w:hAnsi="Arial"/>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rFonts w:ascii="Arial" w:hAnsi="Arial"/>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rFonts w:ascii="Arial" w:hAnsi="Arial"/>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rFonts w:ascii="Arial" w:hAnsi="Arial"/>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rFonts w:ascii="Arial" w:hAnsi="Arial"/>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rFonts w:ascii="Arial" w:hAnsi="Arial"/>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rFonts w:ascii="Arial" w:hAnsi="Arial"/>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rFonts w:ascii="Arial" w:hAnsi="Arial"/>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rFonts w:ascii="Arial" w:hAnsi="Arial"/>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rFonts w:ascii="Arial" w:hAnsi="Arial"/>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rFonts w:ascii="Arial" w:hAnsi="Arial"/>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rFonts w:ascii="Arial" w:hAnsi="Arial"/>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rFonts w:ascii="Arial" w:hAnsi="Arial"/>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rFonts w:ascii="Arial" w:hAnsi="Arial"/>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rFonts w:ascii="Arial" w:hAnsi="Arial"/>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rFonts w:ascii="Arial" w:hAnsi="Arial"/>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rFonts w:ascii="Arial" w:hAnsi="Arial"/>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rFonts w:ascii="Arial" w:hAnsi="Arial"/>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rFonts w:ascii="Arial" w:hAnsi="Arial"/>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rFonts w:ascii="Arial" w:hAnsi="Arial"/>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rFonts w:ascii="Arial" w:hAnsi="Arial"/>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rFonts w:ascii="Arial" w:hAnsi="Arial"/>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