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DEGREE / QUALIFICATION VERIFICATION LETTER</w:t>
      </w:r>
    </w:p>
    <w:p>
      <w:pPr>
        <w:jc w:val="center"/>
      </w:pPr>
      <w:r>
        <w:rPr>
          <w:b/>
          <w:sz w:val="20"/>
        </w:rPr>
        <w:t>UK-FOCUSED EDUCATIONAL INSTITUTION TEMPLATE</w:t>
      </w:r>
    </w:p>
    <w:p>
      <w:pPr>
        <w:pStyle w:val="Heading1"/>
      </w:pPr>
      <w:r>
        <w:t>INSTITUTION DETAILS</w:t>
      </w:r>
    </w:p>
    <w:p>
      <w:r>
        <w:t>[OFFICIAL INSTITUTION LETTERHEAD]</w:t>
      </w:r>
    </w:p>
    <w:p>
      <w:r>
        <w:t>Institution: [NAME]</w:t>
      </w:r>
    </w:p>
    <w:p>
      <w:r>
        <w:t>Address: [ADDRESS]</w:t>
      </w:r>
    </w:p>
    <w:p>
      <w:r>
        <w:t>Telephone / Email: [CONTACT]</w:t>
      </w:r>
    </w:p>
    <w:p>
      <w:r>
        <w:t>Date: [DATE]</w:t>
      </w:r>
    </w:p>
    <w:p>
      <w:pPr>
        <w:pStyle w:val="Heading1"/>
      </w:pPr>
      <w:r>
        <w:t>STUDENT / GRADUATE DETAILS</w:t>
      </w:r>
    </w:p>
    <w:p>
      <w:r>
        <w:t>Full name: [NAME]</w:t>
      </w:r>
    </w:p>
    <w:p>
      <w:r>
        <w:t>Student / candidate number: [NUMBER]</w:t>
      </w:r>
    </w:p>
    <w:p>
      <w:r>
        <w:t>Date of birth: [DATE, IF REQUIRED]</w:t>
      </w:r>
    </w:p>
    <w:p>
      <w:r>
        <w:t>Qualification: [FULL QUALIFICATION TITLE]</w:t>
      </w:r>
    </w:p>
    <w:p>
      <w:r>
        <w:t>Programme / subject: [PROGRAMME]</w:t>
      </w:r>
    </w:p>
    <w:p>
      <w:pPr>
        <w:pStyle w:val="Heading1"/>
      </w:pPr>
      <w:r>
        <w:t>VERIFICATION</w:t>
      </w:r>
    </w:p>
    <w:p>
      <w:r>
        <w:t>To whom it may concern,</w:t>
      </w:r>
    </w:p>
    <w:p>
      <w:r>
        <w:t>This letter confirms that [FULL NAME] was enrolled at / successfully completed [PROGRAMME / QUALIFICATION] at [INSTITUTION].</w:t>
      </w:r>
    </w:p>
    <w:p>
      <w:r>
        <w:t>Award / qualification title: [TITLE].</w:t>
      </w:r>
    </w:p>
    <w:p>
      <w:r>
        <w:t>Date awarded: [DATE].</w:t>
      </w:r>
    </w:p>
    <w:p>
      <w:r>
        <w:t>Mode of study: [FULL-TIME / PART-TIME / OTHER].</w:t>
      </w:r>
    </w:p>
    <w:p>
      <w:r>
        <w:t>Result / classification: [DETAILS, IF APPROPRIATE].</w:t>
      </w:r>
    </w:p>
    <w:p>
      <w:r>
        <w:t>Awarding body: [NAME].</w:t>
      </w:r>
    </w:p>
    <w:p>
      <w:r>
        <w:t>This verification is issued at the request of the individual for: [PURPOSE].</w:t>
      </w:r>
    </w:p>
    <w:p>
      <w:pPr>
        <w:pStyle w:val="Heading1"/>
      </w:pPr>
      <w:r>
        <w:t>AUTHORISED SIGNATORY</w:t>
      </w:r>
    </w:p>
    <w:p>
      <w:r>
        <w:t>Name: [NAME]</w:t>
      </w:r>
    </w:p>
    <w:p>
      <w:r>
        <w:t>Position: [REGISTRAR / ACADEMIC OFFICER / OTHER]</w:t>
      </w:r>
    </w:p>
    <w:p>
      <w:r>
        <w:t>Signature: ______________________________</w:t>
      </w:r>
    </w:p>
    <w:p>
      <w:r>
        <w:t>Date: __________________</w:t>
      </w:r>
    </w:p>
    <w:p>
      <w:r>
        <w:t>Institution stamp / seal, if applicable: ______________________________</w:t>
      </w:r>
    </w:p>
    <w:p>
      <w:pPr>
        <w:pStyle w:val="Heading1"/>
      </w:pPr>
      <w:r>
        <w:t>DISCLAIMER</w:t>
      </w:r>
    </w:p>
    <w:p>
      <w:r>
        <w:t>General template only. It should be issued by the relevant institution or authorised awarding body and must not be represented as an official qualification certificate.</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