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EMPLOYMENT VERIFICATION LETTER</w:t>
      </w:r>
    </w:p>
    <w:p>
      <w:pPr>
        <w:jc w:val="center"/>
      </w:pPr>
      <w:r>
        <w:rPr>
          <w:b/>
          <w:sz w:val="20"/>
        </w:rPr>
        <w:t>UK-FOCUSED EMPLOYER TEMPLATE</w:t>
      </w:r>
    </w:p>
    <w:p>
      <w:pPr>
        <w:pStyle w:val="Heading1"/>
      </w:pPr>
      <w:r>
        <w:t>EMPLOYER DETAILS</w:t>
      </w:r>
    </w:p>
    <w:p>
      <w:r>
        <w:t>[COMPANY LETTERHEAD]</w:t>
      </w:r>
    </w:p>
    <w:p>
      <w:r>
        <w:t>Company name: [NAME]</w:t>
      </w:r>
    </w:p>
    <w:p>
      <w:r>
        <w:t>Address: [ADDRESS]</w:t>
      </w:r>
    </w:p>
    <w:p>
      <w:r>
        <w:t>Telephone / Email: [CONTACT]</w:t>
      </w:r>
    </w:p>
    <w:p>
      <w:r>
        <w:t>Date: [DATE]</w:t>
      </w:r>
    </w:p>
    <w:p>
      <w:pPr>
        <w:pStyle w:val="Heading1"/>
      </w:pPr>
      <w:r>
        <w:t>EMPLOYEE DETAILS</w:t>
      </w:r>
    </w:p>
    <w:p>
      <w:r>
        <w:t>Employee name: [FULL NAME]</w:t>
      </w:r>
    </w:p>
    <w:p>
      <w:r>
        <w:t>Employee / staff number: [NUMBER, IF APPLICABLE]</w:t>
      </w:r>
    </w:p>
    <w:p>
      <w:r>
        <w:t>Job title: [JOB TITLE]</w:t>
      </w:r>
    </w:p>
    <w:p>
      <w:r>
        <w:t>Employment start date: [DATE]</w:t>
      </w:r>
    </w:p>
    <w:p>
      <w:r>
        <w:t>Employment end date: [DATE / CURRENTLY EMPLOYED]</w:t>
      </w:r>
    </w:p>
    <w:p>
      <w:pPr>
        <w:pStyle w:val="Heading1"/>
      </w:pPr>
      <w:r>
        <w:t>VERIFICATION</w:t>
      </w:r>
    </w:p>
    <w:p>
      <w:r>
        <w:t>To whom it may concern,</w:t>
      </w:r>
    </w:p>
    <w:p>
      <w:r>
        <w:t>This letter confirms that [FULL NAME] is/was employed by [COMPANY NAME] as [JOB TITLE] from [START DATE] to [END DATE / PRESENT].</w:t>
      </w:r>
    </w:p>
    <w:p>
      <w:r>
        <w:t>Employment status: [FULL-TIME / PART-TIME / FIXED-TERM / OTHER].</w:t>
      </w:r>
    </w:p>
    <w:p>
      <w:r>
        <w:t>Normal working hours: [HOURS PER WEEK, IF APPROPRIATE].</w:t>
      </w:r>
    </w:p>
    <w:p>
      <w:r>
        <w:t>Salary / remuneration: [AMOUNT AND FREQUENCY, IF REQUIRED AND AUTHORISED].</w:t>
      </w:r>
    </w:p>
    <w:p>
      <w:r>
        <w:t>The purpose of this letter is to verify employment for: [PURPOSE].</w:t>
      </w:r>
    </w:p>
    <w:p>
      <w:pPr>
        <w:pStyle w:val="Heading1"/>
      </w:pPr>
      <w:r>
        <w:t>AUTHORISED SIGNATORY</w:t>
      </w:r>
    </w:p>
    <w:p>
      <w:r>
        <w:t>Name: [NAME]</w:t>
      </w:r>
    </w:p>
    <w:p>
      <w:r>
        <w:t>Position: [POSITION]</w:t>
      </w:r>
    </w:p>
    <w:p>
      <w:r>
        <w:t>Signature: ______________________________</w:t>
      </w:r>
    </w:p>
    <w:p>
      <w:r>
        <w:t>Date: __________________</w:t>
      </w:r>
    </w:p>
    <w:p>
      <w:r>
        <w:t>Company stamp, if used: ______________________________</w:t>
      </w:r>
    </w:p>
    <w:p>
      <w:pPr>
        <w:pStyle w:val="Heading1"/>
      </w:pPr>
      <w:r>
        <w:t>DISCLAIMER</w:t>
      </w:r>
    </w:p>
    <w:p>
      <w:r>
        <w:t>General template only. Employers should ensure statements are fair and accurate. GOV.UK notes that employment references can be brief and may include job title, salary and dates of employment. Do not include unnecessary personal or medical information.</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