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PARENTAL CONSENT LETTER FOR CHILD TRAVEL</w:t>
      </w:r>
    </w:p>
    <w:p>
      <w:pPr>
        <w:jc w:val="center"/>
      </w:pPr>
      <w:r>
        <w:rPr>
          <w:b/>
          <w:sz w:val="20"/>
        </w:rPr>
        <w:t>UK-FOCUSED TEMPLATE — ENGLAND AND WALES</w:t>
      </w:r>
    </w:p>
    <w:p>
      <w:pPr>
        <w:jc w:val="center"/>
      </w:pPr>
      <w:r>
        <w:rPr>
          <w:i/>
        </w:rPr>
        <w:t>Draft template — not an official government form</w:t>
      </w:r>
    </w:p>
    <w:p>
      <w:pPr>
        <w:pStyle w:val="Heading1"/>
      </w:pPr>
      <w:r>
        <w:t>1. PARENT / PERSON WITH PARENTAL RESPONSIBILITY</w:t>
      </w:r>
    </w:p>
    <w:p>
      <w:r>
        <w:t>Full name: [FULL NAME]</w:t>
      </w:r>
    </w:p>
    <w:p>
      <w:r>
        <w:t>Date of birth: [DD/MM/YYYY]</w:t>
      </w:r>
    </w:p>
    <w:p>
      <w:r>
        <w:t>Address: [FULL ADDRESS]</w:t>
      </w:r>
    </w:p>
    <w:p>
      <w:r>
        <w:t>Telephone: [NUMBER]</w:t>
      </w:r>
    </w:p>
    <w:p>
      <w:r>
        <w:t>Email: [EMAIL]</w:t>
      </w:r>
    </w:p>
    <w:p>
      <w:r>
        <w:t>Relationship to child: [MOTHER / FATHER / GUARDIAN / OTHER]</w:t>
      </w:r>
    </w:p>
    <w:p>
      <w:pPr>
        <w:pStyle w:val="Heading1"/>
      </w:pPr>
      <w:r>
        <w:t>2. CHILD DETAILS</w:t>
      </w:r>
    </w:p>
    <w:p>
      <w:r>
        <w:t>Full name: [CHILD FULL NAME]</w:t>
      </w:r>
    </w:p>
    <w:p>
      <w:r>
        <w:t>Date of birth: [DD/MM/YYYY]</w:t>
      </w:r>
    </w:p>
    <w:p>
      <w:r>
        <w:t>Passport / travel document number: [NUMBER]</w:t>
      </w:r>
    </w:p>
    <w:p>
      <w:r>
        <w:t>Nationality: [NATIONALITY]</w:t>
      </w:r>
    </w:p>
    <w:p>
      <w:pPr>
        <w:pStyle w:val="Heading1"/>
      </w:pPr>
      <w:r>
        <w:t>3. TRAVEL AUTHORISATION</w:t>
      </w:r>
    </w:p>
    <w:p>
      <w:r>
        <w:t>I confirm that I have parental responsibility for the child named above and give my consent for the child to travel as follows:</w:t>
      </w:r>
    </w:p>
    <w:p>
      <w:r>
        <w:t>Destination(s): [COUNTRY / COUNTRIES]</w:t>
      </w:r>
    </w:p>
    <w:p>
      <w:r>
        <w:t>Departure date: [DATE]</w:t>
      </w:r>
    </w:p>
    <w:p>
      <w:r>
        <w:t>Return date: [DATE]</w:t>
      </w:r>
    </w:p>
    <w:p>
      <w:r>
        <w:t>Purpose of travel: [HOLIDAY / FAMILY VISIT / SCHOOL TRIP / OTHER]</w:t>
      </w:r>
    </w:p>
    <w:p>
      <w:r>
        <w:t>Method of travel / flight details: [DETAILS]</w:t>
      </w:r>
    </w:p>
    <w:p>
      <w:pPr>
        <w:pStyle w:val="Heading1"/>
      </w:pPr>
      <w:r>
        <w:t>4. TRAVELLING ADULT / ACCOMPANYING PERSON</w:t>
      </w:r>
    </w:p>
    <w:p>
      <w:r>
        <w:t>Full name: [NAME]</w:t>
      </w:r>
    </w:p>
    <w:p>
      <w:r>
        <w:t>Date of birth: [DATE]</w:t>
      </w:r>
    </w:p>
    <w:p>
      <w:r>
        <w:t>Relationship to child: [RELATIONSHIP]</w:t>
      </w:r>
    </w:p>
    <w:p>
      <w:r>
        <w:t>Passport / travel document number: [NUMBER]</w:t>
      </w:r>
    </w:p>
    <w:p>
      <w:r>
        <w:t>Telephone: [NUMBER]</w:t>
      </w:r>
    </w:p>
    <w:p>
      <w:r>
        <w:t>Address: [ADDRESS]</w:t>
      </w:r>
    </w:p>
    <w:p>
      <w:r>
        <w:t>If the child is travelling alone, state: [CHILD WILL TRAVEL ALONE / AIRLINE UNACCOMPANIED-MINOR ARRANGEMENT DETAILS].</w:t>
      </w:r>
    </w:p>
    <w:p>
      <w:pPr>
        <w:pStyle w:val="Heading1"/>
      </w:pPr>
      <w:r>
        <w:t>5. ACCOMMODATION AND CARE</w:t>
      </w:r>
    </w:p>
    <w:p>
      <w:r>
        <w:t>During the trip, the child will stay at: [FULL ADDRESS / HOTEL / ACCOMMODATION DETAILS]. The person responsible for the child's care during the trip will be: [NAME, RELATIONSHIP AND CONTACT DETAILS].</w:t>
      </w:r>
    </w:p>
    <w:p>
      <w:pPr>
        <w:pStyle w:val="Heading1"/>
      </w:pPr>
      <w:r>
        <w:t>6. CONSENT</w:t>
      </w:r>
    </w:p>
    <w:p>
      <w:r>
        <w:t>I consent to the child travelling in accordance with the arrangements above. I confirm that the information in this letter is true and accurate to the best of my knowledge.</w:t>
      </w:r>
    </w:p>
    <w:p>
      <w:r>
        <w:br/>
        <w:t>Signature: __________________________________   Date: __________________</w:t>
      </w:r>
    </w:p>
    <w:p>
      <w:r>
        <w:t>Printed name: [FULL NAME]</w:t>
      </w:r>
    </w:p>
    <w:p>
      <w:pPr>
        <w:pStyle w:val="Heading1"/>
      </w:pPr>
      <w:r>
        <w:t>7. OPTIONAL SECOND PARENT / PERSON WITH PARENTAL RESPONSIBILITY</w:t>
      </w:r>
    </w:p>
    <w:p>
      <w:r>
        <w:t>I confirm that I also have parental responsibility for the child and consent to the travel arrangements stated above.</w:t>
      </w:r>
    </w:p>
    <w:p>
      <w:r>
        <w:t>Signature: __________________________________   Date: __________________</w:t>
      </w:r>
    </w:p>
    <w:p>
      <w:r>
        <w:t>Printed name: [FULL NAME]</w:t>
      </w:r>
    </w:p>
    <w:p>
      <w:pPr>
        <w:pStyle w:val="Heading1"/>
      </w:pPr>
      <w:r>
        <w:t>8. SUPPORTING DOCUMENTS</w:t>
      </w:r>
    </w:p>
    <w:p>
      <w:r>
        <w:t>[ ] Child's birth / adoption certificate</w:t>
      </w:r>
    </w:p>
    <w:p>
      <w:r>
        <w:t>[ ] Parent / guardian identification</w:t>
      </w:r>
    </w:p>
    <w:p>
      <w:r>
        <w:t>[ ] Relevant court order or parental responsibility evidence, if applicable</w:t>
      </w:r>
    </w:p>
    <w:p>
      <w:r>
        <w:t>[ ] Travel booking / itinerary</w:t>
      </w:r>
    </w:p>
    <w:p>
      <w:r>
        <w:t>[ ] Accommodation details</w:t>
      </w:r>
    </w:p>
    <w:p>
      <w:r>
        <w:t>[ ] Other: [DETAILS]</w:t>
      </w:r>
    </w:p>
    <w:p>
      <w:pPr>
        <w:pStyle w:val="Heading1"/>
      </w:pPr>
      <w:r>
        <w:t>9. COMPLETION NOTE</w:t>
      </w:r>
    </w:p>
    <w:p>
      <w:r>
        <w:t>GOV.UK states that a letter from a person with parental responsibility is usually enough to show permission to take a child abroad, and recommends including contact details and trip details. A receiving country, airline, border authority or visa process may require additional evidence, witnessing, notarisation or a prescribed form. Check those requirements before signing.</w:t>
      </w:r>
    </w:p>
    <w:p>
      <w:pPr>
        <w:pStyle w:val="Heading1"/>
      </w:pPr>
      <w:r>
        <w:t>10. DISCLAIMER</w:t>
      </w:r>
    </w:p>
    <w:p>
      <w:r>
        <w:t>This is a general UK-focused template, not legal advice or an official government form. It does not replace a court order or a specific consent form required by an authority. Scotland and Northern Ireland have different rules in some areas.</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