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Arial" w:hAnsi="Arial"/>
          <w:b/>
          <w:i w:val="0"/>
          <w:sz w:val="36"/>
        </w:rPr>
        <w:t>PROOF OF ADDRESS DECLARATION</w:t>
      </w:r>
    </w:p>
    <w:p>
      <w:pPr>
        <w:spacing w:after="40"/>
        <w:jc w:val="center"/>
      </w:pPr>
      <w:r>
        <w:rPr>
          <w:rFonts w:ascii="Arial" w:hAnsi="Arial"/>
          <w:b/>
          <w:i w:val="0"/>
          <w:sz w:val="21"/>
        </w:rPr>
        <w:t>UK-FOCUSED DECLARATION TEMPLATE</w:t>
      </w:r>
    </w:p>
    <w:p>
      <w:pPr>
        <w:spacing w:after="200"/>
        <w:jc w:val="center"/>
      </w:pPr>
      <w:r>
        <w:rPr>
          <w:rFonts w:ascii="Arial" w:hAnsi="Arial"/>
          <w:b w:val="0"/>
          <w:i/>
          <w:sz w:val="21"/>
        </w:rPr>
        <w:t>For general use — not an official government form</w:t>
      </w:r>
    </w:p>
    <w:p>
      <w:pPr>
        <w:pStyle w:val="Heading1"/>
      </w:pPr>
      <w:r>
        <w:t>1. DECLARANT DETAILS</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Full Name</w:t>
            </w:r>
          </w:p>
        </w:tc>
        <w:tc>
          <w:tcPr>
            <w:tcW w:type="dxa" w:w="4968"/>
          </w:tcPr>
          <w:p>
            <w:r>
              <w:rPr>
                <w:rFonts w:ascii="Arial" w:hAnsi="Arial"/>
                <w:b w:val="0"/>
                <w:sz w:val="20"/>
              </w:rPr>
              <w:t>[FULL LEGAL NAME]</w:t>
            </w:r>
          </w:p>
        </w:tc>
      </w:tr>
      <w:tr>
        <w:tc>
          <w:tcPr>
            <w:tcW w:type="dxa" w:w="4968"/>
            <w:shd w:fill="EDEDED"/>
          </w:tcPr>
          <w:p>
            <w:r>
              <w:rPr>
                <w:rFonts w:ascii="Arial" w:hAnsi="Arial"/>
                <w:b/>
                <w:sz w:val="20"/>
              </w:rPr>
              <w:t>Date of Birth</w:t>
            </w:r>
          </w:p>
        </w:tc>
        <w:tc>
          <w:tcPr>
            <w:tcW w:type="dxa" w:w="4968"/>
          </w:tcPr>
          <w:p>
            <w:r>
              <w:rPr>
                <w:rFonts w:ascii="Arial" w:hAnsi="Arial"/>
                <w:b w:val="0"/>
                <w:sz w:val="20"/>
              </w:rPr>
              <w:t>[DD / MM / YYYY]</w:t>
            </w:r>
          </w:p>
        </w:tc>
      </w:tr>
      <w:tr>
        <w:tc>
          <w:tcPr>
            <w:tcW w:type="dxa" w:w="4968"/>
            <w:shd w:fill="EDEDED"/>
          </w:tcPr>
          <w:p>
            <w:r>
              <w:rPr>
                <w:rFonts w:ascii="Arial" w:hAnsi="Arial"/>
                <w:b/>
                <w:sz w:val="20"/>
              </w:rPr>
              <w:t>Current Residential Address</w:t>
            </w:r>
          </w:p>
        </w:tc>
        <w:tc>
          <w:tcPr>
            <w:tcW w:type="dxa" w:w="4968"/>
          </w:tcPr>
          <w:p>
            <w:r>
              <w:rPr>
                <w:rFonts w:ascii="Arial" w:hAnsi="Arial"/>
                <w:b w:val="0"/>
                <w:sz w:val="20"/>
              </w:rPr>
              <w:t>[FULL RESIDENTIAL ADDRESS]</w:t>
            </w:r>
          </w:p>
        </w:tc>
      </w:tr>
      <w:tr>
        <w:tc>
          <w:tcPr>
            <w:tcW w:type="dxa" w:w="4968"/>
            <w:shd w:fill="EDEDED"/>
          </w:tcPr>
          <w:p>
            <w:r>
              <w:rPr>
                <w:rFonts w:ascii="Arial" w:hAnsi="Arial"/>
                <w:b/>
                <w:sz w:val="20"/>
              </w:rPr>
              <w:t>Postcode</w:t>
            </w:r>
          </w:p>
        </w:tc>
        <w:tc>
          <w:tcPr>
            <w:tcW w:type="dxa" w:w="4968"/>
          </w:tcPr>
          <w:p>
            <w:r>
              <w:rPr>
                <w:rFonts w:ascii="Arial" w:hAnsi="Arial"/>
                <w:b w:val="0"/>
                <w:sz w:val="20"/>
              </w:rPr>
              <w:t>[POSTCODE]</w:t>
            </w:r>
          </w:p>
        </w:tc>
      </w:tr>
      <w:tr>
        <w:tc>
          <w:tcPr>
            <w:tcW w:type="dxa" w:w="4968"/>
            <w:shd w:fill="EDEDED"/>
          </w:tcPr>
          <w:p>
            <w:r>
              <w:rPr>
                <w:rFonts w:ascii="Arial" w:hAnsi="Arial"/>
                <w:b/>
                <w:sz w:val="20"/>
              </w:rPr>
              <w:t>Country</w:t>
            </w:r>
          </w:p>
        </w:tc>
        <w:tc>
          <w:tcPr>
            <w:tcW w:type="dxa" w:w="4968"/>
          </w:tcPr>
          <w:p>
            <w:r>
              <w:rPr>
                <w:rFonts w:ascii="Arial" w:hAnsi="Arial"/>
                <w:b w:val="0"/>
                <w:sz w:val="20"/>
              </w:rPr>
              <w:t>[COUNTRY]</w:t>
            </w:r>
          </w:p>
        </w:tc>
      </w:tr>
    </w:tbl>
    <w:p>
      <w:pPr>
        <w:pStyle w:val="Heading1"/>
      </w:pPr>
      <w:r>
        <w:t>2. DECLARATION OF RESIDENTIAL ADDRESS</w:t>
      </w:r>
    </w:p>
    <w:p>
      <w:pPr>
        <w:spacing w:after="100"/>
      </w:pPr>
      <w:r>
        <w:rPr>
          <w:rFonts w:ascii="Arial" w:hAnsi="Arial"/>
          <w:b w:val="0"/>
          <w:i w:val="0"/>
          <w:sz w:val="21"/>
        </w:rPr>
        <w:t>I, [FULL LEGAL NAME] of [FULL RESIDENTIAL ADDRESS], do solemnly and sincerely declare as follows:</w:t>
      </w:r>
    </w:p>
    <w:p>
      <w:pPr>
        <w:spacing w:after="80"/>
      </w:pPr>
      <w:r>
        <w:rPr>
          <w:rFonts w:ascii="Arial" w:hAnsi="Arial"/>
          <w:b w:val="0"/>
          <w:i w:val="0"/>
          <w:sz w:val="21"/>
        </w:rPr>
        <w:t>1. I am the person named in this declaration.</w:t>
      </w:r>
    </w:p>
    <w:p>
      <w:pPr>
        <w:spacing w:after="80"/>
      </w:pPr>
      <w:r>
        <w:rPr>
          <w:rFonts w:ascii="Arial" w:hAnsi="Arial"/>
          <w:b w:val="0"/>
          <w:i w:val="0"/>
          <w:sz w:val="21"/>
        </w:rPr>
        <w:t>2. I confirm that my current residential address is [FULL RESIDENTIAL ADDRESS].</w:t>
      </w:r>
    </w:p>
    <w:p>
      <w:pPr>
        <w:spacing w:after="80"/>
      </w:pPr>
      <w:r>
        <w:rPr>
          <w:rFonts w:ascii="Arial" w:hAnsi="Arial"/>
          <w:b w:val="0"/>
          <w:i w:val="0"/>
          <w:sz w:val="21"/>
        </w:rPr>
        <w:t>3. I ordinarily reside at the above address and have done so since [DATE / MONTH / YEAR].</w:t>
      </w:r>
    </w:p>
    <w:p>
      <w:pPr>
        <w:spacing w:after="80"/>
      </w:pPr>
      <w:r>
        <w:rPr>
          <w:rFonts w:ascii="Arial" w:hAnsi="Arial"/>
          <w:b w:val="0"/>
          <w:i w:val="0"/>
          <w:sz w:val="21"/>
        </w:rPr>
        <w:t>4. The address stated in this declaration is my genuine current residential address.</w:t>
      </w:r>
    </w:p>
    <w:p>
      <w:pPr>
        <w:spacing w:after="80"/>
      </w:pPr>
      <w:r>
        <w:rPr>
          <w:rFonts w:ascii="Arial" w:hAnsi="Arial"/>
          <w:b w:val="0"/>
          <w:i w:val="0"/>
          <w:sz w:val="21"/>
        </w:rPr>
        <w:t>5. I make this declaration for the purpose of confirming my residential address to [NAME OF ORGANISATION / AUTHORITY].</w:t>
      </w:r>
    </w:p>
    <w:p>
      <w:pPr>
        <w:spacing w:after="80"/>
      </w:pPr>
      <w:r>
        <w:rPr>
          <w:rFonts w:ascii="Arial" w:hAnsi="Arial"/>
          <w:b w:val="0"/>
          <w:i w:val="0"/>
          <w:sz w:val="21"/>
        </w:rPr>
        <w:t>6. I understand that the organisation or authority receiving this declaration may request independent documentary evidence of my address.</w:t>
      </w:r>
    </w:p>
    <w:p>
      <w:pPr>
        <w:spacing w:after="80"/>
      </w:pPr>
      <w:r>
        <w:rPr>
          <w:rFonts w:ascii="Arial" w:hAnsi="Arial"/>
          <w:b w:val="0"/>
          <w:i w:val="0"/>
          <w:sz w:val="21"/>
        </w:rPr>
        <w:t>7. The information contained in this declaration is true and accurate to the best of my knowledge and belief.</w:t>
      </w:r>
    </w:p>
    <w:p>
      <w:pPr>
        <w:spacing w:after="100"/>
      </w:pPr>
      <w:r>
        <w:rPr>
          <w:rFonts w:ascii="Arial" w:hAnsi="Arial"/>
          <w:b/>
          <w:i w:val="0"/>
          <w:sz w:val="21"/>
        </w:rPr>
        <w:t>I make this solemn declaration conscientiously believing the same to be true and by virtue of the provisions of the Statutory Declarations Act 1835.</w:t>
      </w:r>
    </w:p>
    <w:p>
      <w:pPr>
        <w:pStyle w:val="Heading1"/>
      </w:pPr>
      <w:r>
        <w:t>3. PURPOSE OF DECLARATION</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Organisation / Authority</w:t>
            </w:r>
          </w:p>
        </w:tc>
        <w:tc>
          <w:tcPr>
            <w:tcW w:type="dxa" w:w="4968"/>
          </w:tcPr>
          <w:p>
            <w:r>
              <w:rPr>
                <w:rFonts w:ascii="Arial" w:hAnsi="Arial"/>
                <w:b w:val="0"/>
                <w:sz w:val="20"/>
              </w:rPr>
              <w:t>[NAME OF ORGANISATION / AUTHORITY]</w:t>
            </w:r>
          </w:p>
        </w:tc>
      </w:tr>
      <w:tr>
        <w:tc>
          <w:tcPr>
            <w:tcW w:type="dxa" w:w="4968"/>
            <w:shd w:fill="EDEDED"/>
          </w:tcPr>
          <w:p>
            <w:r>
              <w:rPr>
                <w:rFonts w:ascii="Arial" w:hAnsi="Arial"/>
                <w:b/>
                <w:sz w:val="20"/>
              </w:rPr>
              <w:t>Purpose / Application</w:t>
            </w:r>
          </w:p>
        </w:tc>
        <w:tc>
          <w:tcPr>
            <w:tcW w:type="dxa" w:w="4968"/>
          </w:tcPr>
          <w:p>
            <w:r>
              <w:rPr>
                <w:rFonts w:ascii="Arial" w:hAnsi="Arial"/>
                <w:b w:val="0"/>
                <w:sz w:val="20"/>
              </w:rPr>
              <w:t>[PURPOSE FOR WHICH DECLARATION IS REQUIRED]</w:t>
            </w:r>
          </w:p>
        </w:tc>
      </w:tr>
      <w:tr>
        <w:tc>
          <w:tcPr>
            <w:tcW w:type="dxa" w:w="4968"/>
            <w:shd w:fill="EDEDED"/>
          </w:tcPr>
          <w:p>
            <w:r>
              <w:rPr>
                <w:rFonts w:ascii="Arial" w:hAnsi="Arial"/>
                <w:b/>
                <w:sz w:val="20"/>
              </w:rPr>
              <w:t>Reference Number</w:t>
            </w:r>
          </w:p>
        </w:tc>
        <w:tc>
          <w:tcPr>
            <w:tcW w:type="dxa" w:w="4968"/>
          </w:tcPr>
          <w:p>
            <w:r>
              <w:rPr>
                <w:rFonts w:ascii="Arial" w:hAnsi="Arial"/>
                <w:b w:val="0"/>
                <w:sz w:val="20"/>
              </w:rPr>
              <w:t>[REFERENCE NUMBER / N/A]</w:t>
            </w:r>
          </w:p>
        </w:tc>
      </w:tr>
    </w:tbl>
    <w:p>
      <w:pPr>
        <w:pStyle w:val="Heading1"/>
      </w:pPr>
      <w:r>
        <w:t>4. SUPPORTING PROOF OF ADDRESS</w:t>
      </w:r>
    </w:p>
    <w:p>
      <w:pPr>
        <w:spacing w:after="100"/>
      </w:pPr>
      <w:r>
        <w:rPr>
          <w:rFonts w:ascii="Arial" w:hAnsi="Arial"/>
          <w:b w:val="0"/>
          <w:i w:val="0"/>
          <w:sz w:val="21"/>
        </w:rPr>
        <w:t>Where supporting evidence is required, list the document(s) being provided:</w:t>
      </w:r>
    </w:p>
    <w:p>
      <w:pPr>
        <w:spacing w:after="40"/>
      </w:pPr>
      <w:r>
        <w:rPr>
          <w:rFonts w:ascii="Arial" w:hAnsi="Arial"/>
          <w:b w:val="0"/>
          <w:i w:val="0"/>
          <w:sz w:val="21"/>
        </w:rPr>
        <w:t>☐ Bank / Building Society Statement — [DATE]</w:t>
      </w:r>
    </w:p>
    <w:p>
      <w:pPr>
        <w:spacing w:after="40"/>
      </w:pPr>
      <w:r>
        <w:rPr>
          <w:rFonts w:ascii="Arial" w:hAnsi="Arial"/>
          <w:b w:val="0"/>
          <w:i w:val="0"/>
          <w:sz w:val="21"/>
        </w:rPr>
        <w:t>☐ Council Tax Bill / Statement — [DATE]</w:t>
      </w:r>
    </w:p>
    <w:p>
      <w:pPr>
        <w:spacing w:after="40"/>
      </w:pPr>
      <w:r>
        <w:rPr>
          <w:rFonts w:ascii="Arial" w:hAnsi="Arial"/>
          <w:b w:val="0"/>
          <w:i w:val="0"/>
          <w:sz w:val="21"/>
        </w:rPr>
        <w:t>☐ Utility Bill / Provider Letter — [DATE]</w:t>
      </w:r>
    </w:p>
    <w:p>
      <w:pPr>
        <w:spacing w:after="40"/>
      </w:pPr>
      <w:r>
        <w:rPr>
          <w:rFonts w:ascii="Arial" w:hAnsi="Arial"/>
          <w:b w:val="0"/>
          <w:i w:val="0"/>
          <w:sz w:val="21"/>
        </w:rPr>
        <w:t>☐ Tenancy Agreement — [DATE]</w:t>
      </w:r>
    </w:p>
    <w:p>
      <w:pPr>
        <w:spacing w:after="40"/>
      </w:pPr>
      <w:r>
        <w:rPr>
          <w:rFonts w:ascii="Arial" w:hAnsi="Arial"/>
          <w:b w:val="0"/>
          <w:i w:val="0"/>
          <w:sz w:val="21"/>
        </w:rPr>
        <w:t>☐ Mortgage Statement — [DATE]</w:t>
      </w:r>
    </w:p>
    <w:p>
      <w:pPr>
        <w:spacing w:after="40"/>
      </w:pPr>
      <w:r>
        <w:rPr>
          <w:rFonts w:ascii="Arial" w:hAnsi="Arial"/>
          <w:b w:val="0"/>
          <w:i w:val="0"/>
          <w:sz w:val="21"/>
        </w:rPr>
        <w:t>☐ Government / Local Authority Correspondence — [DATE]</w:t>
      </w:r>
    </w:p>
    <w:p>
      <w:pPr>
        <w:spacing w:after="40"/>
      </w:pPr>
      <w:r>
        <w:rPr>
          <w:rFonts w:ascii="Arial" w:hAnsi="Arial"/>
          <w:b w:val="0"/>
          <w:i w:val="0"/>
          <w:sz w:val="21"/>
        </w:rPr>
        <w:t>☐ Driving Licence Showing Current Address — [DATE]</w:t>
      </w:r>
    </w:p>
    <w:p>
      <w:pPr>
        <w:spacing w:after="40"/>
      </w:pPr>
      <w:r>
        <w:rPr>
          <w:rFonts w:ascii="Arial" w:hAnsi="Arial"/>
          <w:b w:val="0"/>
          <w:i w:val="0"/>
          <w:sz w:val="21"/>
        </w:rPr>
        <w:t>☐ Other — [DOCUMENT DETAILS]</w:t>
      </w:r>
    </w:p>
    <w:p>
      <w:pPr>
        <w:spacing w:after="100"/>
      </w:pPr>
      <w:r>
        <w:rPr>
          <w:rFonts w:ascii="Arial" w:hAnsi="Arial"/>
          <w:b w:val="0"/>
          <w:i/>
          <w:sz w:val="21"/>
        </w:rPr>
        <w:t>The receiving organisation determines which documents it accepts as proof of address and whether the document must be recent, original, certified or issued by a particular body.</w:t>
      </w:r>
    </w:p>
    <w:p>
      <w:pPr>
        <w:pStyle w:val="Heading1"/>
      </w:pPr>
      <w:r>
        <w:t>5. DECLARANT'S CONFIRMATION AND SIGNATURE</w:t>
      </w:r>
    </w:p>
    <w:p>
      <w:pPr>
        <w:spacing w:after="100"/>
      </w:pPr>
      <w:r>
        <w:rPr>
          <w:rFonts w:ascii="Arial" w:hAnsi="Arial"/>
          <w:b w:val="0"/>
          <w:i w:val="0"/>
          <w:sz w:val="21"/>
        </w:rPr>
        <w:t>I confirm that the address stated above is my current residential address and that the information provided in this declaration is true and accurate.</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Signature of Declarant</w:t>
            </w:r>
          </w:p>
        </w:tc>
        <w:tc>
          <w:tcPr>
            <w:tcW w:type="dxa" w:w="4968"/>
          </w:tcPr>
          <w:p>
            <w:r>
              <w:rPr>
                <w:rFonts w:ascii="Arial" w:hAnsi="Arial"/>
                <w:b w:val="0"/>
                <w:sz w:val="20"/>
              </w:rPr>
              <w:t>____________________________________________</w:t>
            </w:r>
          </w:p>
        </w:tc>
      </w:tr>
      <w:tr>
        <w:tc>
          <w:tcPr>
            <w:tcW w:type="dxa" w:w="4968"/>
            <w:shd w:fill="EDEDED"/>
          </w:tcPr>
          <w:p>
            <w:r>
              <w:rPr>
                <w:rFonts w:ascii="Arial" w:hAnsi="Arial"/>
                <w:b/>
                <w:sz w:val="20"/>
              </w:rPr>
              <w:t>Full Name</w:t>
            </w:r>
          </w:p>
        </w:tc>
        <w:tc>
          <w:tcPr>
            <w:tcW w:type="dxa" w:w="4968"/>
          </w:tcPr>
          <w:p>
            <w:r>
              <w:rPr>
                <w:rFonts w:ascii="Arial" w:hAnsi="Arial"/>
                <w:b w:val="0"/>
                <w:sz w:val="20"/>
              </w:rPr>
              <w:t>[FULL LEGAL NAME]</w:t>
            </w:r>
          </w:p>
        </w:tc>
      </w:tr>
      <w:tr>
        <w:tc>
          <w:tcPr>
            <w:tcW w:type="dxa" w:w="4968"/>
            <w:shd w:fill="EDEDED"/>
          </w:tcPr>
          <w:p>
            <w:r>
              <w:rPr>
                <w:rFonts w:ascii="Arial" w:hAnsi="Arial"/>
                <w:b/>
                <w:sz w:val="20"/>
              </w:rPr>
              <w:t>Date</w:t>
            </w:r>
          </w:p>
        </w:tc>
        <w:tc>
          <w:tcPr>
            <w:tcW w:type="dxa" w:w="4968"/>
          </w:tcPr>
          <w:p>
            <w:r>
              <w:rPr>
                <w:rFonts w:ascii="Arial" w:hAnsi="Arial"/>
                <w:b w:val="0"/>
                <w:sz w:val="20"/>
              </w:rPr>
              <w:t>[DD / MM / YYYY]</w:t>
            </w:r>
          </w:p>
        </w:tc>
      </w:tr>
    </w:tbl>
    <w:p>
      <w:pPr>
        <w:pStyle w:val="Heading1"/>
      </w:pPr>
      <w:r>
        <w:t>6. ATTESTATION BY AUTHORISED PERSON</w:t>
      </w:r>
    </w:p>
    <w:p>
      <w:pPr>
        <w:spacing w:after="100"/>
      </w:pPr>
      <w:r>
        <w:rPr>
          <w:rFonts w:ascii="Arial" w:hAnsi="Arial"/>
          <w:b w:val="0"/>
          <w:i w:val="0"/>
          <w:sz w:val="21"/>
        </w:rPr>
        <w:t>Complete this section only where the receiving organisation requires the statutory declaration to be made before an authorised person. The declarant should sign in the presence of that person where required.</w:t>
      </w:r>
    </w:p>
    <w:tbl>
      <w:tblPr>
        <w:tblStyle w:val="TableGrid"/>
        <w:tblW w:type="auto" w:w="0"/>
        <w:jc w:val="center"/>
        <w:tblLook w:firstColumn="1" w:firstRow="1" w:lastColumn="0" w:lastRow="0" w:noHBand="0" w:noVBand="1" w:val="04A0"/>
      </w:tblPr>
      <w:tblGrid>
        <w:gridCol w:w="4968"/>
        <w:gridCol w:w="4968"/>
      </w:tblGrid>
      <w:tr>
        <w:tc>
          <w:tcPr>
            <w:tcW w:type="dxa" w:w="4968"/>
            <w:shd w:fill="EDEDED"/>
          </w:tcPr>
          <w:p>
            <w:r>
              <w:rPr>
                <w:rFonts w:ascii="Arial" w:hAnsi="Arial"/>
                <w:b/>
                <w:sz w:val="20"/>
              </w:rPr>
              <w:t>Declared at</w:t>
            </w:r>
          </w:p>
        </w:tc>
        <w:tc>
          <w:tcPr>
            <w:tcW w:type="dxa" w:w="4968"/>
          </w:tcPr>
          <w:p>
            <w:r>
              <w:rPr>
                <w:rFonts w:ascii="Arial" w:hAnsi="Arial"/>
                <w:b w:val="0"/>
                <w:sz w:val="20"/>
              </w:rPr>
              <w:t>[TOWN / CITY / PLACE]</w:t>
            </w:r>
          </w:p>
        </w:tc>
      </w:tr>
      <w:tr>
        <w:tc>
          <w:tcPr>
            <w:tcW w:type="dxa" w:w="4968"/>
            <w:shd w:fill="EDEDED"/>
          </w:tcPr>
          <w:p>
            <w:r>
              <w:rPr>
                <w:rFonts w:ascii="Arial" w:hAnsi="Arial"/>
                <w:b/>
                <w:sz w:val="20"/>
              </w:rPr>
              <w:t>Date</w:t>
            </w:r>
          </w:p>
        </w:tc>
        <w:tc>
          <w:tcPr>
            <w:tcW w:type="dxa" w:w="4968"/>
          </w:tcPr>
          <w:p>
            <w:r>
              <w:rPr>
                <w:rFonts w:ascii="Arial" w:hAnsi="Arial"/>
                <w:b w:val="0"/>
                <w:sz w:val="20"/>
              </w:rPr>
              <w:t>[DD / MM / YYYY]</w:t>
            </w:r>
          </w:p>
        </w:tc>
      </w:tr>
      <w:tr>
        <w:tc>
          <w:tcPr>
            <w:tcW w:type="dxa" w:w="4968"/>
            <w:shd w:fill="EDEDED"/>
          </w:tcPr>
          <w:p>
            <w:r>
              <w:rPr>
                <w:rFonts w:ascii="Arial" w:hAnsi="Arial"/>
                <w:b/>
                <w:sz w:val="20"/>
              </w:rPr>
              <w:t>Name of Authorised Person</w:t>
            </w:r>
          </w:p>
        </w:tc>
        <w:tc>
          <w:tcPr>
            <w:tcW w:type="dxa" w:w="4968"/>
          </w:tcPr>
          <w:p>
            <w:r>
              <w:rPr>
                <w:rFonts w:ascii="Arial" w:hAnsi="Arial"/>
                <w:b w:val="0"/>
                <w:sz w:val="20"/>
              </w:rPr>
              <w:t>[FULL NAME]</w:t>
            </w:r>
          </w:p>
        </w:tc>
      </w:tr>
      <w:tr>
        <w:tc>
          <w:tcPr>
            <w:tcW w:type="dxa" w:w="4968"/>
            <w:shd w:fill="EDEDED"/>
          </w:tcPr>
          <w:p>
            <w:r>
              <w:rPr>
                <w:rFonts w:ascii="Arial" w:hAnsi="Arial"/>
                <w:b/>
                <w:sz w:val="20"/>
              </w:rPr>
              <w:t>Capacity / Qualification</w:t>
            </w:r>
          </w:p>
        </w:tc>
        <w:tc>
          <w:tcPr>
            <w:tcW w:type="dxa" w:w="4968"/>
          </w:tcPr>
          <w:p>
            <w:r>
              <w:rPr>
                <w:rFonts w:ascii="Arial" w:hAnsi="Arial"/>
                <w:b w:val="0"/>
                <w:sz w:val="20"/>
              </w:rPr>
              <w:t>[SOLICITOR / COMMISSIONER FOR OATHS / OTHER AUTHORISED PERSON]</w:t>
            </w:r>
          </w:p>
        </w:tc>
      </w:tr>
      <w:tr>
        <w:tc>
          <w:tcPr>
            <w:tcW w:type="dxa" w:w="4968"/>
            <w:shd w:fill="EDEDED"/>
          </w:tcPr>
          <w:p>
            <w:r>
              <w:rPr>
                <w:rFonts w:ascii="Arial" w:hAnsi="Arial"/>
                <w:b/>
                <w:sz w:val="20"/>
              </w:rPr>
              <w:t>Firm / Organisation</w:t>
            </w:r>
          </w:p>
        </w:tc>
        <w:tc>
          <w:tcPr>
            <w:tcW w:type="dxa" w:w="4968"/>
          </w:tcPr>
          <w:p>
            <w:r>
              <w:rPr>
                <w:rFonts w:ascii="Arial" w:hAnsi="Arial"/>
                <w:b w:val="0"/>
                <w:sz w:val="20"/>
              </w:rPr>
              <w:t>[NAME, IF APPLICABLE]</w:t>
            </w:r>
          </w:p>
        </w:tc>
      </w:tr>
      <w:tr>
        <w:tc>
          <w:tcPr>
            <w:tcW w:type="dxa" w:w="4968"/>
            <w:shd w:fill="EDEDED"/>
          </w:tcPr>
          <w:p>
            <w:r>
              <w:rPr>
                <w:rFonts w:ascii="Arial" w:hAnsi="Arial"/>
                <w:b/>
                <w:sz w:val="20"/>
              </w:rPr>
              <w:t>Address</w:t>
            </w:r>
          </w:p>
        </w:tc>
        <w:tc>
          <w:tcPr>
            <w:tcW w:type="dxa" w:w="4968"/>
          </w:tcPr>
          <w:p>
            <w:r>
              <w:rPr>
                <w:rFonts w:ascii="Arial" w:hAnsi="Arial"/>
                <w:b w:val="0"/>
                <w:sz w:val="20"/>
              </w:rPr>
              <w:t>[ADDRESS]</w:t>
            </w:r>
          </w:p>
        </w:tc>
      </w:tr>
      <w:tr>
        <w:tc>
          <w:tcPr>
            <w:tcW w:type="dxa" w:w="4968"/>
            <w:shd w:fill="EDEDED"/>
          </w:tcPr>
          <w:p>
            <w:r>
              <w:rPr>
                <w:rFonts w:ascii="Arial" w:hAnsi="Arial"/>
                <w:b/>
                <w:sz w:val="20"/>
              </w:rPr>
              <w:t>Signature of Authorised Person</w:t>
            </w:r>
          </w:p>
        </w:tc>
        <w:tc>
          <w:tcPr>
            <w:tcW w:type="dxa" w:w="4968"/>
          </w:tcPr>
          <w:p>
            <w:r>
              <w:rPr>
                <w:rFonts w:ascii="Arial" w:hAnsi="Arial"/>
                <w:b w:val="0"/>
                <w:sz w:val="20"/>
              </w:rPr>
              <w:t>____________________________________________</w:t>
            </w:r>
          </w:p>
        </w:tc>
      </w:tr>
    </w:tbl>
    <w:p>
      <w:pPr>
        <w:pStyle w:val="Heading1"/>
      </w:pPr>
      <w:r>
        <w:t>7. COMPLETION NOTES</w:t>
      </w:r>
    </w:p>
    <w:p>
      <w:pPr>
        <w:spacing w:after="60"/>
      </w:pPr>
      <w:r>
        <w:rPr>
          <w:rFonts w:ascii="Arial" w:hAnsi="Arial"/>
          <w:b w:val="0"/>
          <w:i w:val="0"/>
          <w:sz w:val="19"/>
        </w:rPr>
        <w:t>• Enter the declarant's full legal name and complete current residential address accurately.</w:t>
      </w:r>
    </w:p>
    <w:p>
      <w:pPr>
        <w:spacing w:after="60"/>
      </w:pPr>
      <w:r>
        <w:rPr>
          <w:rFonts w:ascii="Arial" w:hAnsi="Arial"/>
          <w:b w:val="0"/>
          <w:i w:val="0"/>
          <w:sz w:val="19"/>
        </w:rPr>
        <w:t>• Do not sign in advance where the receiving authority requires the declaration to be made before an authorised person.</w:t>
      </w:r>
    </w:p>
    <w:p>
      <w:pPr>
        <w:spacing w:after="60"/>
      </w:pPr>
      <w:r>
        <w:rPr>
          <w:rFonts w:ascii="Arial" w:hAnsi="Arial"/>
          <w:b w:val="0"/>
          <w:i w:val="0"/>
          <w:sz w:val="19"/>
        </w:rPr>
        <w:t>• A declaration of address does not automatically replace documentary proof of address.</w:t>
      </w:r>
    </w:p>
    <w:p>
      <w:pPr>
        <w:spacing w:after="60"/>
      </w:pPr>
      <w:r>
        <w:rPr>
          <w:rFonts w:ascii="Arial" w:hAnsi="Arial"/>
          <w:b w:val="0"/>
          <w:i w:val="0"/>
          <w:sz w:val="19"/>
        </w:rPr>
        <w:t>• Confirm the receiving organisation's requirements for acceptable proof, document age, certification and format before submission.</w:t>
      </w:r>
    </w:p>
    <w:p>
      <w:pPr>
        <w:spacing w:after="60"/>
      </w:pPr>
      <w:r>
        <w:rPr>
          <w:rFonts w:ascii="Arial" w:hAnsi="Arial"/>
          <w:b w:val="0"/>
          <w:i w:val="0"/>
          <w:sz w:val="19"/>
        </w:rPr>
        <w:t>• If intended for use outside the UK, check whether notarisation, apostille, legalisation and/or certified translation is required.</w:t>
      </w:r>
    </w:p>
    <w:p>
      <w:pPr>
        <w:spacing w:after="60"/>
      </w:pPr>
      <w:r>
        <w:rPr>
          <w:rFonts w:ascii="Arial" w:hAnsi="Arial"/>
          <w:b w:val="0"/>
          <w:i w:val="0"/>
          <w:sz w:val="19"/>
        </w:rPr>
        <w:t>• If the receiving authority provides a prescribed form, use that form instead of this general template.</w:t>
      </w:r>
    </w:p>
    <w:p>
      <w:pPr>
        <w:pStyle w:val="Heading1"/>
      </w:pPr>
      <w:r>
        <w:t>8. DISCLAIMER</w:t>
      </w:r>
    </w:p>
    <w:p>
      <w:pPr>
        <w:spacing w:after="100"/>
      </w:pPr>
      <w:r>
        <w:rPr>
          <w:rFonts w:ascii="Arial" w:hAnsi="Arial"/>
          <w:b w:val="0"/>
          <w:i w:val="0"/>
          <w:sz w:val="21"/>
        </w:rPr>
        <w:t>This template is provided for general information and document-preparation purposes only and does not constitute legal advice. It is not an official government form and acceptance is not guaranteed. Requirements for proof of address vary by organisation, application and jurisdiction. Confirm the applicable requirements before signing, witnessing, certifying, notarising, apostilling, legalising or submitting this document.</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footerReference w:type="default" r:id="rId9"/>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Proof of Address Declaration — UK-focused 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