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REFERENCE LETTER FOR OVERSEAS EMPLOYMENT</w:t>
      </w:r>
    </w:p>
    <w:p>
      <w:pPr>
        <w:jc w:val="center"/>
      </w:pPr>
      <w:r>
        <w:rPr>
          <w:b/>
          <w:sz w:val="20"/>
        </w:rPr>
        <w:t>UK-FOCUSED EMPLOYER REFERENCE TEMPLATE</w:t>
      </w:r>
    </w:p>
    <w:p>
      <w:pPr>
        <w:pStyle w:val="Heading1"/>
      </w:pPr>
      <w:r>
        <w:t>EMPLOYER / REFEREE</w:t>
      </w:r>
    </w:p>
    <w:p>
      <w:r>
        <w:t>[COMPANY LETTERHEAD]</w:t>
      </w:r>
    </w:p>
    <w:p>
      <w:r>
        <w:t>Company name: [NAME]</w:t>
      </w:r>
    </w:p>
    <w:p>
      <w:r>
        <w:t>Address: [ADDRESS]</w:t>
      </w:r>
    </w:p>
    <w:p>
      <w:r>
        <w:t>Referee name: [NAME]</w:t>
      </w:r>
    </w:p>
    <w:p>
      <w:r>
        <w:t>Position: [JOB TITLE]</w:t>
      </w:r>
    </w:p>
    <w:p>
      <w:r>
        <w:t>Email / telephone: [CONTACT]</w:t>
      </w:r>
    </w:p>
    <w:p>
      <w:r>
        <w:t>Date: [DATE]</w:t>
      </w:r>
    </w:p>
    <w:p>
      <w:pPr>
        <w:pStyle w:val="Heading1"/>
      </w:pPr>
      <w:r>
        <w:t>EMPLOYEE / APPLICANT</w:t>
      </w:r>
    </w:p>
    <w:p>
      <w:r>
        <w:t>Full name: [NAME]</w:t>
      </w:r>
    </w:p>
    <w:p>
      <w:r>
        <w:t>Position held: [JOB TITLE]</w:t>
      </w:r>
    </w:p>
    <w:p>
      <w:r>
        <w:t>Employment period: [START DATE] to [END DATE / PRESENT]</w:t>
      </w:r>
    </w:p>
    <w:p>
      <w:r>
        <w:t>Department: [DEPARTMENT]</w:t>
      </w:r>
    </w:p>
    <w:p>
      <w:pPr>
        <w:pStyle w:val="Heading1"/>
      </w:pPr>
      <w:r>
        <w:t>REFERENCE</w:t>
      </w:r>
    </w:p>
    <w:p>
      <w:r>
        <w:t>To whom it may concern,</w:t>
      </w:r>
    </w:p>
    <w:p>
      <w:r>
        <w:t>I am pleased to provide this reference for [NAME], who was/is employed by [COMPANY] as [ROLE].</w:t>
      </w:r>
    </w:p>
    <w:p>
      <w:r>
        <w:t>During the period of employment, their principal responsibilities included: [RESPONSIBILITIES].</w:t>
      </w:r>
    </w:p>
    <w:p>
      <w:r>
        <w:t>Relevant skills / experience: [DETAILS].</w:t>
      </w:r>
    </w:p>
    <w:p>
      <w:r>
        <w:t>Performance / professional qualities: [ACCURATE, RELEVANT COMMENTS].</w:t>
      </w:r>
    </w:p>
    <w:p>
      <w:r>
        <w:t>Reason for leaving, if appropriate and authorised: [DETAILS / NOT PROVIDED].</w:t>
      </w:r>
    </w:p>
    <w:p>
      <w:r>
        <w:t>This reference is provided for the purpose of overseas employment in [COUNTRY / ROLE].</w:t>
      </w:r>
    </w:p>
    <w:p>
      <w:pPr>
        <w:pStyle w:val="Heading1"/>
      </w:pPr>
      <w:r>
        <w:t>DECLARATION BY REFEREE</w:t>
      </w:r>
    </w:p>
    <w:p>
      <w:r>
        <w:t>I confirm that the information in this reference is accurate to the best of my knowledge and is provided in my professional capacity.</w:t>
      </w:r>
    </w:p>
    <w:p>
      <w:r>
        <w:t>Signature: ______________________________</w:t>
      </w:r>
    </w:p>
    <w:p>
      <w:r>
        <w:t>Name: [NAME]</w:t>
      </w:r>
    </w:p>
    <w:p>
      <w:r>
        <w:t>Position: [POSITION]</w:t>
      </w:r>
    </w:p>
    <w:p>
      <w:r>
        <w:t>Date: __________________</w:t>
      </w:r>
    </w:p>
    <w:p>
      <w:pPr>
        <w:pStyle w:val="Heading1"/>
      </w:pPr>
      <w:r>
        <w:t>DISCLAIMER</w:t>
      </w:r>
    </w:p>
    <w:p>
      <w:r>
        <w:t>General template only, not an official UK employment reference form. The employer should ensure the reference is fair and accurate and should disclose only information it is appropriate and authorised to provide.</w:t>
      </w:r>
    </w:p>
    <w:p>
      <w:pPr>
        <w:keepNext/>
        <w:spacing w:before="180" w:after="60"/>
      </w:pPr>
      <w:r>
        <w:rPr>
          <w:b/>
        </w:rPr>
        <w:t>Disclaimer</w:t>
      </w:r>
    </w:p>
    <w:p>
      <w:pPr>
        <w:keepLines/>
      </w:pPr>
      <w:r>
        <w:t>This template is provided for general guidance only and should not be considered legal advice. We recommend seeking professional advice to ensure it meets your specific needs. If you need help with document preparation, apostille or legalisation services, the 2E Apostille team is here to offer friendly guidance and support.</w:t>
      </w:r>
    </w:p>
    <w:sectPr w:rsidR="00FC693F" w:rsidRPr="0006063C" w:rsidSect="00034616">
      <w:pgSz w:w="12240" w:h="15840"/>
      <w:pgMar w:top="1008"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