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rFonts w:ascii="Arial" w:hAnsi="Arial"/>
          <w:b/>
          <w:i w:val="0"/>
          <w:sz w:val="36"/>
        </w:rPr>
        <w:t>STATUTORY DECLARATION</w:t>
      </w:r>
    </w:p>
    <w:p>
      <w:pPr>
        <w:spacing w:after="40"/>
        <w:jc w:val="center"/>
      </w:pPr>
      <w:r>
        <w:rPr>
          <w:rFonts w:ascii="Arial" w:hAnsi="Arial"/>
          <w:b/>
          <w:i w:val="0"/>
          <w:sz w:val="21"/>
        </w:rPr>
        <w:t>UK-FOCUSED GENERAL TEMPLATE</w:t>
      </w:r>
    </w:p>
    <w:p>
      <w:pPr>
        <w:spacing w:after="200"/>
        <w:jc w:val="center"/>
      </w:pPr>
      <w:r>
        <w:rPr>
          <w:rFonts w:ascii="Arial" w:hAnsi="Arial"/>
          <w:b w:val="0"/>
          <w:i/>
          <w:sz w:val="21"/>
        </w:rPr>
        <w:t>For general use — not an official prescribed form</w:t>
      </w:r>
    </w:p>
    <w:p>
      <w:pPr>
        <w:pStyle w:val="Heading1"/>
      </w:pPr>
      <w:r>
        <w:t>STATUTORY DECLARATIONS ACT 1835</w:t>
      </w:r>
    </w:p>
    <w:p>
      <w:pPr>
        <w:spacing w:after="100"/>
      </w:pPr>
      <w:r>
        <w:rPr>
          <w:rFonts w:ascii="Arial" w:hAnsi="Arial"/>
          <w:b w:val="0"/>
          <w:i w:val="0"/>
          <w:sz w:val="21"/>
        </w:rPr>
        <w:t>I, [FULL NAME] of [FULL ADDRESS], do solemnly and sincerely declare as follows:</w:t>
      </w:r>
    </w:p>
    <w:p>
      <w:pPr>
        <w:pStyle w:val="Heading1"/>
      </w:pPr>
      <w:r>
        <w:t>1. DECLARANT DETAILS</w:t>
      </w:r>
    </w:p>
    <w:tbl>
      <w:tblPr>
        <w:tblStyle w:val="TableGrid"/>
        <w:tblW w:type="auto" w:w="0"/>
        <w:jc w:val="center"/>
        <w:tblLook w:firstColumn="1" w:firstRow="1" w:lastColumn="0" w:lastRow="0" w:noHBand="0" w:noVBand="1" w:val="04A0"/>
      </w:tblPr>
      <w:tblGrid>
        <w:gridCol w:w="4968"/>
        <w:gridCol w:w="4968"/>
      </w:tblGrid>
      <w:tr>
        <w:tc>
          <w:tcPr>
            <w:tcW w:type="dxa" w:w="4968"/>
            <w:shd w:fill="EDEDED"/>
          </w:tcPr>
          <w:p>
            <w:r>
              <w:rPr>
                <w:rFonts w:ascii="Arial" w:hAnsi="Arial"/>
                <w:b/>
                <w:sz w:val="20"/>
              </w:rPr>
              <w:t>Full Name</w:t>
            </w:r>
          </w:p>
        </w:tc>
        <w:tc>
          <w:tcPr>
            <w:tcW w:type="dxa" w:w="4968"/>
          </w:tcPr>
          <w:p>
            <w:r>
              <w:rPr>
                <w:rFonts w:ascii="Arial" w:hAnsi="Arial"/>
                <w:b w:val="0"/>
                <w:sz w:val="20"/>
              </w:rPr>
              <w:t>[FULL LEGAL NAME]</w:t>
            </w:r>
          </w:p>
        </w:tc>
      </w:tr>
      <w:tr>
        <w:tc>
          <w:tcPr>
            <w:tcW w:type="dxa" w:w="4968"/>
            <w:shd w:fill="EDEDED"/>
          </w:tcPr>
          <w:p>
            <w:r>
              <w:rPr>
                <w:rFonts w:ascii="Arial" w:hAnsi="Arial"/>
                <w:b/>
                <w:sz w:val="20"/>
              </w:rPr>
              <w:t>Address</w:t>
            </w:r>
          </w:p>
        </w:tc>
        <w:tc>
          <w:tcPr>
            <w:tcW w:type="dxa" w:w="4968"/>
          </w:tcPr>
          <w:p>
            <w:r>
              <w:rPr>
                <w:rFonts w:ascii="Arial" w:hAnsi="Arial"/>
                <w:b w:val="0"/>
                <w:sz w:val="20"/>
              </w:rPr>
              <w:t>[FULL ADDRESS]</w:t>
            </w:r>
          </w:p>
        </w:tc>
      </w:tr>
      <w:tr>
        <w:tc>
          <w:tcPr>
            <w:tcW w:type="dxa" w:w="4968"/>
            <w:shd w:fill="EDEDED"/>
          </w:tcPr>
          <w:p>
            <w:r>
              <w:rPr>
                <w:rFonts w:ascii="Arial" w:hAnsi="Arial"/>
                <w:b/>
                <w:sz w:val="20"/>
              </w:rPr>
              <w:t>Date of Birth (if required)</w:t>
            </w:r>
          </w:p>
        </w:tc>
        <w:tc>
          <w:tcPr>
            <w:tcW w:type="dxa" w:w="4968"/>
          </w:tcPr>
          <w:p>
            <w:r>
              <w:rPr>
                <w:rFonts w:ascii="Arial" w:hAnsi="Arial"/>
                <w:b w:val="0"/>
                <w:sz w:val="20"/>
              </w:rPr>
              <w:t>[DD / MM / YYYY]</w:t>
            </w:r>
          </w:p>
        </w:tc>
      </w:tr>
      <w:tr>
        <w:tc>
          <w:tcPr>
            <w:tcW w:type="dxa" w:w="4968"/>
            <w:shd w:fill="EDEDED"/>
          </w:tcPr>
          <w:p>
            <w:r>
              <w:rPr>
                <w:rFonts w:ascii="Arial" w:hAnsi="Arial"/>
                <w:b/>
                <w:sz w:val="20"/>
              </w:rPr>
              <w:t>Occupation / Capacity (if relevant)</w:t>
            </w:r>
          </w:p>
        </w:tc>
        <w:tc>
          <w:tcPr>
            <w:tcW w:type="dxa" w:w="4968"/>
          </w:tcPr>
          <w:p>
            <w:r>
              <w:rPr>
                <w:rFonts w:ascii="Arial" w:hAnsi="Arial"/>
                <w:b w:val="0"/>
                <w:sz w:val="20"/>
              </w:rPr>
              <w:t>[OCCUPATION / CAPACITY / N/A]</w:t>
            </w:r>
          </w:p>
        </w:tc>
      </w:tr>
    </w:tbl>
    <w:p>
      <w:pPr>
        <w:pStyle w:val="Heading1"/>
      </w:pPr>
      <w:r>
        <w:t>2. MATTERS DECLARED</w:t>
      </w:r>
    </w:p>
    <w:p>
      <w:pPr>
        <w:spacing w:after="100"/>
      </w:pPr>
      <w:r>
        <w:rPr>
          <w:rFonts w:ascii="Arial" w:hAnsi="Arial"/>
          <w:b w:val="0"/>
          <w:i w:val="0"/>
          <w:sz w:val="21"/>
        </w:rPr>
        <w:t>I make this declaration for the purpose of [STATE PURPOSE / APPLICATION / MATTER].</w:t>
      </w:r>
    </w:p>
    <w:p>
      <w:pPr>
        <w:spacing w:after="100"/>
      </w:pPr>
      <w:r>
        <w:rPr>
          <w:rFonts w:ascii="Arial" w:hAnsi="Arial"/>
          <w:b w:val="0"/>
          <w:i w:val="0"/>
          <w:sz w:val="21"/>
        </w:rPr>
        <w:t>I solemnly and sincerely declare the following facts to be true:</w:t>
      </w:r>
    </w:p>
    <w:p>
      <w:pPr>
        <w:spacing w:after="80"/>
      </w:pPr>
      <w:r>
        <w:rPr>
          <w:rFonts w:ascii="Arial" w:hAnsi="Arial"/>
          <w:b w:val="0"/>
          <w:i w:val="0"/>
          <w:sz w:val="21"/>
        </w:rPr>
        <w:t>1. [SET OUT FACT / STATEMENT 1]</w:t>
      </w:r>
    </w:p>
    <w:p>
      <w:pPr>
        <w:spacing w:after="80"/>
      </w:pPr>
      <w:r>
        <w:rPr>
          <w:rFonts w:ascii="Arial" w:hAnsi="Arial"/>
          <w:b w:val="0"/>
          <w:i w:val="0"/>
          <w:sz w:val="21"/>
        </w:rPr>
        <w:t>2. [SET OUT FACT / STATEMENT 2]</w:t>
      </w:r>
    </w:p>
    <w:p>
      <w:pPr>
        <w:spacing w:after="80"/>
      </w:pPr>
      <w:r>
        <w:rPr>
          <w:rFonts w:ascii="Arial" w:hAnsi="Arial"/>
          <w:b w:val="0"/>
          <w:i w:val="0"/>
          <w:sz w:val="21"/>
        </w:rPr>
        <w:t>3. [SET OUT FACT / STATEMENT 3]</w:t>
      </w:r>
    </w:p>
    <w:p>
      <w:pPr>
        <w:spacing w:after="80"/>
      </w:pPr>
      <w:r>
        <w:rPr>
          <w:rFonts w:ascii="Arial" w:hAnsi="Arial"/>
          <w:b w:val="0"/>
          <w:i w:val="0"/>
          <w:sz w:val="21"/>
        </w:rPr>
        <w:t>4. [SET OUT FACT / STATEMENT 4]</w:t>
      </w:r>
    </w:p>
    <w:p>
      <w:pPr>
        <w:spacing w:after="80"/>
      </w:pPr>
      <w:r>
        <w:rPr>
          <w:rFonts w:ascii="Arial" w:hAnsi="Arial"/>
          <w:b w:val="0"/>
          <w:i w:val="0"/>
          <w:sz w:val="21"/>
        </w:rPr>
        <w:t>5. [SET OUT ANY FURTHER FACTS OR DETAILS REQUIRED]</w:t>
      </w:r>
    </w:p>
    <w:p>
      <w:pPr>
        <w:pStyle w:val="Heading1"/>
      </w:pPr>
      <w:r>
        <w:t>3. SUPPORTING DOCUMENTS / EXHIBITS</w:t>
      </w:r>
    </w:p>
    <w:p>
      <w:pPr>
        <w:spacing w:after="100"/>
      </w:pPr>
      <w:r>
        <w:rPr>
          <w:rFonts w:ascii="Arial" w:hAnsi="Arial"/>
          <w:b w:val="0"/>
          <w:i w:val="0"/>
          <w:sz w:val="21"/>
        </w:rPr>
        <w:t>Where supporting documents are required, identify each document below. Attach or exhibit documents only in accordance with the requirements of the receiving authority.</w:t>
      </w:r>
    </w:p>
    <w:tbl>
      <w:tblPr>
        <w:tblStyle w:val="TableGrid"/>
        <w:tblW w:type="auto" w:w="0"/>
        <w:jc w:val="center"/>
        <w:tblLook w:firstColumn="1" w:firstRow="1" w:lastColumn="0" w:lastRow="0" w:noHBand="0" w:noVBand="1" w:val="04A0"/>
      </w:tblPr>
      <w:tblGrid>
        <w:gridCol w:w="4968"/>
        <w:gridCol w:w="4968"/>
      </w:tblGrid>
      <w:tr>
        <w:tc>
          <w:tcPr>
            <w:tcW w:type="dxa" w:w="4968"/>
            <w:shd w:fill="EDEDED"/>
          </w:tcPr>
          <w:p>
            <w:r>
              <w:rPr>
                <w:rFonts w:ascii="Arial" w:hAnsi="Arial"/>
                <w:b/>
                <w:sz w:val="20"/>
              </w:rPr>
              <w:t>Exhibit / Document A</w:t>
            </w:r>
          </w:p>
        </w:tc>
        <w:tc>
          <w:tcPr>
            <w:tcW w:type="dxa" w:w="4968"/>
          </w:tcPr>
          <w:p>
            <w:r>
              <w:rPr>
                <w:rFonts w:ascii="Arial" w:hAnsi="Arial"/>
                <w:b w:val="0"/>
                <w:sz w:val="20"/>
              </w:rPr>
              <w:t>[DESCRIPTION / REFERENCE]</w:t>
            </w:r>
          </w:p>
        </w:tc>
      </w:tr>
      <w:tr>
        <w:tc>
          <w:tcPr>
            <w:tcW w:type="dxa" w:w="4968"/>
            <w:shd w:fill="EDEDED"/>
          </w:tcPr>
          <w:p>
            <w:r>
              <w:rPr>
                <w:rFonts w:ascii="Arial" w:hAnsi="Arial"/>
                <w:b/>
                <w:sz w:val="20"/>
              </w:rPr>
              <w:t>Exhibit / Document B</w:t>
            </w:r>
          </w:p>
        </w:tc>
        <w:tc>
          <w:tcPr>
            <w:tcW w:type="dxa" w:w="4968"/>
          </w:tcPr>
          <w:p>
            <w:r>
              <w:rPr>
                <w:rFonts w:ascii="Arial" w:hAnsi="Arial"/>
                <w:b w:val="0"/>
                <w:sz w:val="20"/>
              </w:rPr>
              <w:t>[DESCRIPTION / REFERENCE]</w:t>
            </w:r>
          </w:p>
        </w:tc>
      </w:tr>
      <w:tr>
        <w:tc>
          <w:tcPr>
            <w:tcW w:type="dxa" w:w="4968"/>
            <w:shd w:fill="EDEDED"/>
          </w:tcPr>
          <w:p>
            <w:r>
              <w:rPr>
                <w:rFonts w:ascii="Arial" w:hAnsi="Arial"/>
                <w:b/>
                <w:sz w:val="20"/>
              </w:rPr>
              <w:t>Exhibit / Document C</w:t>
            </w:r>
          </w:p>
        </w:tc>
        <w:tc>
          <w:tcPr>
            <w:tcW w:type="dxa" w:w="4968"/>
          </w:tcPr>
          <w:p>
            <w:r>
              <w:rPr>
                <w:rFonts w:ascii="Arial" w:hAnsi="Arial"/>
                <w:b w:val="0"/>
                <w:sz w:val="20"/>
              </w:rPr>
              <w:t>[DESCRIPTION / REFERENCE]</w:t>
            </w:r>
          </w:p>
        </w:tc>
      </w:tr>
      <w:tr>
        <w:tc>
          <w:tcPr>
            <w:tcW w:type="dxa" w:w="4968"/>
            <w:shd w:fill="EDEDED"/>
          </w:tcPr>
          <w:p>
            <w:r>
              <w:rPr>
                <w:rFonts w:ascii="Arial" w:hAnsi="Arial"/>
                <w:b/>
                <w:sz w:val="20"/>
              </w:rPr>
              <w:t>Additional documents</w:t>
            </w:r>
          </w:p>
        </w:tc>
        <w:tc>
          <w:tcPr>
            <w:tcW w:type="dxa" w:w="4968"/>
          </w:tcPr>
          <w:p>
            <w:r>
              <w:rPr>
                <w:rFonts w:ascii="Arial" w:hAnsi="Arial"/>
                <w:b w:val="0"/>
                <w:sz w:val="20"/>
              </w:rPr>
              <w:t>[DETAILS / N/A]</w:t>
            </w:r>
          </w:p>
        </w:tc>
      </w:tr>
    </w:tbl>
    <w:p>
      <w:pPr>
        <w:pStyle w:val="Heading1"/>
      </w:pPr>
      <w:r>
        <w:t>4. STATUTORY DECLARATION</w:t>
      </w:r>
    </w:p>
    <w:p>
      <w:pPr>
        <w:spacing w:after="100"/>
      </w:pPr>
      <w:r>
        <w:rPr>
          <w:rFonts w:ascii="Arial" w:hAnsi="Arial"/>
          <w:b/>
          <w:i w:val="0"/>
          <w:sz w:val="21"/>
        </w:rPr>
        <w:t>I make this solemn declaration conscientiously believing the same to be true and by virtue of the provisions of the Statutory Declarations Act 1835.</w:t>
      </w:r>
    </w:p>
    <w:p>
      <w:pPr>
        <w:pStyle w:val="Heading1"/>
      </w:pPr>
      <w:r>
        <w:t>5. SIGNATURE OF DECLARANT</w:t>
      </w:r>
    </w:p>
    <w:tbl>
      <w:tblPr>
        <w:tblStyle w:val="TableGrid"/>
        <w:tblW w:type="auto" w:w="0"/>
        <w:jc w:val="center"/>
        <w:tblLook w:firstColumn="1" w:firstRow="1" w:lastColumn="0" w:lastRow="0" w:noHBand="0" w:noVBand="1" w:val="04A0"/>
      </w:tblPr>
      <w:tblGrid>
        <w:gridCol w:w="4968"/>
        <w:gridCol w:w="4968"/>
      </w:tblGrid>
      <w:tr>
        <w:tc>
          <w:tcPr>
            <w:tcW w:type="dxa" w:w="4968"/>
            <w:shd w:fill="EDEDED"/>
          </w:tcPr>
          <w:p>
            <w:r>
              <w:rPr>
                <w:rFonts w:ascii="Arial" w:hAnsi="Arial"/>
                <w:b/>
                <w:sz w:val="20"/>
              </w:rPr>
              <w:t>Signature</w:t>
            </w:r>
          </w:p>
        </w:tc>
        <w:tc>
          <w:tcPr>
            <w:tcW w:type="dxa" w:w="4968"/>
          </w:tcPr>
          <w:p>
            <w:r>
              <w:rPr>
                <w:rFonts w:ascii="Arial" w:hAnsi="Arial"/>
                <w:b w:val="0"/>
                <w:sz w:val="20"/>
              </w:rPr>
              <w:t>____________________________________________</w:t>
            </w:r>
          </w:p>
        </w:tc>
      </w:tr>
      <w:tr>
        <w:tc>
          <w:tcPr>
            <w:tcW w:type="dxa" w:w="4968"/>
            <w:shd w:fill="EDEDED"/>
          </w:tcPr>
          <w:p>
            <w:r>
              <w:rPr>
                <w:rFonts w:ascii="Arial" w:hAnsi="Arial"/>
                <w:b/>
                <w:sz w:val="20"/>
              </w:rPr>
              <w:t>Full Name</w:t>
            </w:r>
          </w:p>
        </w:tc>
        <w:tc>
          <w:tcPr>
            <w:tcW w:type="dxa" w:w="4968"/>
          </w:tcPr>
          <w:p>
            <w:r>
              <w:rPr>
                <w:rFonts w:ascii="Arial" w:hAnsi="Arial"/>
                <w:b w:val="0"/>
                <w:sz w:val="20"/>
              </w:rPr>
              <w:t>[FULL NAME]</w:t>
            </w:r>
          </w:p>
        </w:tc>
      </w:tr>
      <w:tr>
        <w:tc>
          <w:tcPr>
            <w:tcW w:type="dxa" w:w="4968"/>
            <w:shd w:fill="EDEDED"/>
          </w:tcPr>
          <w:p>
            <w:r>
              <w:rPr>
                <w:rFonts w:ascii="Arial" w:hAnsi="Arial"/>
                <w:b/>
                <w:sz w:val="20"/>
              </w:rPr>
              <w:t>Date</w:t>
            </w:r>
          </w:p>
        </w:tc>
        <w:tc>
          <w:tcPr>
            <w:tcW w:type="dxa" w:w="4968"/>
          </w:tcPr>
          <w:p>
            <w:r>
              <w:rPr>
                <w:rFonts w:ascii="Arial" w:hAnsi="Arial"/>
                <w:b w:val="0"/>
                <w:sz w:val="20"/>
              </w:rPr>
              <w:t>[DD / MM / YYYY]</w:t>
            </w:r>
          </w:p>
        </w:tc>
      </w:tr>
    </w:tbl>
    <w:p>
      <w:pPr>
        <w:pStyle w:val="Heading1"/>
      </w:pPr>
      <w:r>
        <w:t>6. DECLARED BEFORE AN AUTHORISED PERSON</w:t>
      </w:r>
    </w:p>
    <w:p>
      <w:pPr>
        <w:spacing w:after="100"/>
      </w:pPr>
      <w:r>
        <w:rPr>
          <w:rFonts w:ascii="Arial" w:hAnsi="Arial"/>
          <w:b w:val="0"/>
          <w:i w:val="0"/>
          <w:sz w:val="21"/>
        </w:rPr>
        <w:t>To be completed by the person authorised to receive the declaration. The declarant should make and sign the declaration in the presence of that person where required.</w:t>
      </w:r>
    </w:p>
    <w:p>
      <w:pPr>
        <w:spacing w:after="100"/>
      </w:pPr>
      <w:r>
        <w:rPr>
          <w:rFonts w:ascii="Arial" w:hAnsi="Arial"/>
          <w:b w:val="0"/>
          <w:i w:val="0"/>
          <w:sz w:val="21"/>
        </w:rPr>
        <w:t>DECLARED at [PLACE] on [DD / MM / YYYY] before me, a person entitled to administer oaths.</w:t>
      </w:r>
    </w:p>
    <w:tbl>
      <w:tblPr>
        <w:tblStyle w:val="TableGrid"/>
        <w:tblW w:type="auto" w:w="0"/>
        <w:jc w:val="center"/>
        <w:tblLook w:firstColumn="1" w:firstRow="1" w:lastColumn="0" w:lastRow="0" w:noHBand="0" w:noVBand="1" w:val="04A0"/>
      </w:tblPr>
      <w:tblGrid>
        <w:gridCol w:w="4968"/>
        <w:gridCol w:w="4968"/>
      </w:tblGrid>
      <w:tr>
        <w:tc>
          <w:tcPr>
            <w:tcW w:type="dxa" w:w="4968"/>
            <w:shd w:fill="EDEDED"/>
          </w:tcPr>
          <w:p>
            <w:r>
              <w:rPr>
                <w:rFonts w:ascii="Arial" w:hAnsi="Arial"/>
                <w:b/>
                <w:sz w:val="20"/>
              </w:rPr>
              <w:t>Name of authorised person</w:t>
            </w:r>
          </w:p>
        </w:tc>
        <w:tc>
          <w:tcPr>
            <w:tcW w:type="dxa" w:w="4968"/>
          </w:tcPr>
          <w:p>
            <w:r>
              <w:rPr>
                <w:rFonts w:ascii="Arial" w:hAnsi="Arial"/>
                <w:b w:val="0"/>
                <w:sz w:val="20"/>
              </w:rPr>
              <w:t>[FULL NAME]</w:t>
            </w:r>
          </w:p>
        </w:tc>
      </w:tr>
      <w:tr>
        <w:tc>
          <w:tcPr>
            <w:tcW w:type="dxa" w:w="4968"/>
            <w:shd w:fill="EDEDED"/>
          </w:tcPr>
          <w:p>
            <w:r>
              <w:rPr>
                <w:rFonts w:ascii="Arial" w:hAnsi="Arial"/>
                <w:b/>
                <w:sz w:val="20"/>
              </w:rPr>
              <w:t>Address</w:t>
            </w:r>
          </w:p>
        </w:tc>
        <w:tc>
          <w:tcPr>
            <w:tcW w:type="dxa" w:w="4968"/>
          </w:tcPr>
          <w:p>
            <w:r>
              <w:rPr>
                <w:rFonts w:ascii="Arial" w:hAnsi="Arial"/>
                <w:b w:val="0"/>
                <w:sz w:val="20"/>
              </w:rPr>
              <w:t>[ADDRESS]</w:t>
            </w:r>
          </w:p>
        </w:tc>
      </w:tr>
      <w:tr>
        <w:tc>
          <w:tcPr>
            <w:tcW w:type="dxa" w:w="4968"/>
            <w:shd w:fill="EDEDED"/>
          </w:tcPr>
          <w:p>
            <w:r>
              <w:rPr>
                <w:rFonts w:ascii="Arial" w:hAnsi="Arial"/>
                <w:b/>
                <w:sz w:val="20"/>
              </w:rPr>
              <w:t>Qualification / Capacity</w:t>
            </w:r>
          </w:p>
        </w:tc>
        <w:tc>
          <w:tcPr>
            <w:tcW w:type="dxa" w:w="4968"/>
          </w:tcPr>
          <w:p>
            <w:r>
              <w:rPr>
                <w:rFonts w:ascii="Arial" w:hAnsi="Arial"/>
                <w:b w:val="0"/>
                <w:sz w:val="20"/>
              </w:rPr>
              <w:t>[SOLICITOR / COMMISSIONER FOR OATHS / NOTARY PUBLIC / OTHER PERSON AUTHORISED BY LAW]</w:t>
            </w:r>
          </w:p>
        </w:tc>
      </w:tr>
      <w:tr>
        <w:tc>
          <w:tcPr>
            <w:tcW w:type="dxa" w:w="4968"/>
            <w:shd w:fill="EDEDED"/>
          </w:tcPr>
          <w:p>
            <w:r>
              <w:rPr>
                <w:rFonts w:ascii="Arial" w:hAnsi="Arial"/>
                <w:b/>
                <w:sz w:val="20"/>
              </w:rPr>
              <w:t>Signature</w:t>
            </w:r>
          </w:p>
        </w:tc>
        <w:tc>
          <w:tcPr>
            <w:tcW w:type="dxa" w:w="4968"/>
          </w:tcPr>
          <w:p>
            <w:r>
              <w:rPr>
                <w:rFonts w:ascii="Arial" w:hAnsi="Arial"/>
                <w:b w:val="0"/>
                <w:sz w:val="20"/>
              </w:rPr>
              <w:t>____________________________________________</w:t>
            </w:r>
          </w:p>
        </w:tc>
      </w:tr>
      <w:tr>
        <w:tc>
          <w:tcPr>
            <w:tcW w:type="dxa" w:w="4968"/>
            <w:shd w:fill="EDEDED"/>
          </w:tcPr>
          <w:p>
            <w:r>
              <w:rPr>
                <w:rFonts w:ascii="Arial" w:hAnsi="Arial"/>
                <w:b/>
                <w:sz w:val="20"/>
              </w:rPr>
              <w:t>Date</w:t>
            </w:r>
          </w:p>
        </w:tc>
        <w:tc>
          <w:tcPr>
            <w:tcW w:type="dxa" w:w="4968"/>
          </w:tcPr>
          <w:p>
            <w:r>
              <w:rPr>
                <w:rFonts w:ascii="Arial" w:hAnsi="Arial"/>
                <w:b w:val="0"/>
                <w:sz w:val="20"/>
              </w:rPr>
              <w:t>[DD / MM / YYYY]</w:t>
            </w:r>
          </w:p>
        </w:tc>
      </w:tr>
      <w:tr>
        <w:tc>
          <w:tcPr>
            <w:tcW w:type="dxa" w:w="4968"/>
            <w:shd w:fill="EDEDED"/>
          </w:tcPr>
          <w:p>
            <w:r>
              <w:rPr>
                <w:rFonts w:ascii="Arial" w:hAnsi="Arial"/>
                <w:b/>
                <w:sz w:val="20"/>
              </w:rPr>
              <w:t>Stamp / Firm details (if applicable)</w:t>
            </w:r>
          </w:p>
        </w:tc>
        <w:tc>
          <w:tcPr>
            <w:tcW w:type="dxa" w:w="4968"/>
          </w:tcPr>
          <w:p>
            <w:r>
              <w:rPr>
                <w:rFonts w:ascii="Arial" w:hAnsi="Arial"/>
                <w:b w:val="0"/>
                <w:sz w:val="20"/>
              </w:rPr>
              <w:t>[DETAILS]</w:t>
            </w:r>
          </w:p>
        </w:tc>
      </w:tr>
    </w:tbl>
    <w:p>
      <w:pPr>
        <w:pStyle w:val="Heading1"/>
      </w:pPr>
      <w:r>
        <w:t>7. COMPLETION NOTES</w:t>
      </w:r>
    </w:p>
    <w:p>
      <w:pPr>
        <w:spacing w:after="60"/>
      </w:pPr>
      <w:r>
        <w:rPr>
          <w:rFonts w:ascii="Arial" w:hAnsi="Arial"/>
          <w:b w:val="0"/>
          <w:i w:val="0"/>
          <w:sz w:val="19"/>
        </w:rPr>
        <w:t>• Complete the substantive facts according to the specific purpose for which the declaration is required.</w:t>
      </w:r>
    </w:p>
    <w:p>
      <w:pPr>
        <w:spacing w:after="60"/>
      </w:pPr>
      <w:r>
        <w:rPr>
          <w:rFonts w:ascii="Arial" w:hAnsi="Arial"/>
          <w:b w:val="0"/>
          <w:i w:val="0"/>
          <w:sz w:val="19"/>
        </w:rPr>
        <w:t>• Use any prescribed form or wording supplied by the court, government department, organisation or other receiving authority instead of this general template where applicable.</w:t>
      </w:r>
    </w:p>
    <w:p>
      <w:pPr>
        <w:spacing w:after="60"/>
      </w:pPr>
      <w:r>
        <w:rPr>
          <w:rFonts w:ascii="Arial" w:hAnsi="Arial"/>
          <w:b w:val="0"/>
          <w:i w:val="0"/>
          <w:sz w:val="19"/>
        </w:rPr>
        <w:t>• Do not sign the declaration in advance if it must be made before the authorised person.</w:t>
      </w:r>
    </w:p>
    <w:p>
      <w:pPr>
        <w:spacing w:after="60"/>
      </w:pPr>
      <w:r>
        <w:rPr>
          <w:rFonts w:ascii="Arial" w:hAnsi="Arial"/>
          <w:b w:val="0"/>
          <w:i w:val="0"/>
          <w:sz w:val="19"/>
        </w:rPr>
        <w:t>• The person taking the declaration must be legally authorised to administer it for the relevant purpose and jurisdiction.</w:t>
      </w:r>
    </w:p>
    <w:p>
      <w:pPr>
        <w:spacing w:after="60"/>
      </w:pPr>
      <w:r>
        <w:rPr>
          <w:rFonts w:ascii="Arial" w:hAnsi="Arial"/>
          <w:b w:val="0"/>
          <w:i w:val="0"/>
          <w:sz w:val="19"/>
        </w:rPr>
        <w:t>• If supporting documents are to be exhibited, follow the receiving authority's requirements for marking, signing and attaching exhibits.</w:t>
      </w:r>
    </w:p>
    <w:p>
      <w:pPr>
        <w:spacing w:after="60"/>
      </w:pPr>
      <w:r>
        <w:rPr>
          <w:rFonts w:ascii="Arial" w:hAnsi="Arial"/>
          <w:b w:val="0"/>
          <w:i w:val="0"/>
          <w:sz w:val="19"/>
        </w:rPr>
        <w:t>• A deliberately false statutory declaration can have legal consequences.</w:t>
      </w:r>
    </w:p>
    <w:p>
      <w:pPr>
        <w:pStyle w:val="Heading1"/>
      </w:pPr>
      <w:r>
        <w:t>8. DISCLAIMER</w:t>
      </w:r>
    </w:p>
    <w:p>
      <w:pPr>
        <w:spacing w:after="100"/>
      </w:pPr>
      <w:r>
        <w:rPr>
          <w:rFonts w:ascii="Arial" w:hAnsi="Arial"/>
          <w:b w:val="0"/>
          <w:i w:val="0"/>
          <w:sz w:val="21"/>
        </w:rPr>
        <w:t>This template is provided for general information and document-preparation purposes only and does not constitute legal advice. It is a general template and is not an official prescribed form. The exact wording, witnessing requirements, supporting evidence and authorised person may vary according to the purpose, jurisdiction and receiving authority. Confirm the applicable requirements before signing or submitting this document.</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footerReference w:type="default" r:id="rId9"/>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6"/>
      </w:rPr>
      <w:t>Statutory Declaration — UK-focused general template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